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17099" w14:textId="77777777" w:rsidR="00B34326" w:rsidRDefault="00000000" w:rsidP="00B34326">
      <w:pPr>
        <w:spacing w:line="360" w:lineRule="auto"/>
        <w:jc w:val="center"/>
        <w:rPr>
          <w:b/>
          <w:sz w:val="36"/>
          <w:szCs w:val="36"/>
        </w:rPr>
      </w:pPr>
      <w:r>
        <w:rPr>
          <w:b/>
          <w:sz w:val="44"/>
        </w:rPr>
        <w:br/>
      </w:r>
      <w:r>
        <w:rPr>
          <w:b/>
          <w:sz w:val="44"/>
        </w:rPr>
        <w:br/>
      </w:r>
      <w:r w:rsidRPr="00B34326">
        <w:rPr>
          <w:b/>
          <w:sz w:val="52"/>
          <w:szCs w:val="52"/>
        </w:rPr>
        <w:t>WYMAGANIA EDUKACYJNE</w:t>
      </w:r>
      <w:r w:rsidRPr="00B34326">
        <w:rPr>
          <w:b/>
          <w:sz w:val="52"/>
          <w:szCs w:val="52"/>
        </w:rPr>
        <w:br/>
      </w:r>
      <w:r w:rsidRPr="00B34326">
        <w:rPr>
          <w:b/>
          <w:sz w:val="36"/>
          <w:szCs w:val="36"/>
        </w:rPr>
        <w:t xml:space="preserve">dla </w:t>
      </w:r>
      <w:proofErr w:type="spellStart"/>
      <w:r w:rsidRPr="00B34326">
        <w:rPr>
          <w:b/>
          <w:sz w:val="36"/>
          <w:szCs w:val="36"/>
        </w:rPr>
        <w:t>klasy</w:t>
      </w:r>
      <w:proofErr w:type="spellEnd"/>
      <w:r w:rsidRPr="00B34326">
        <w:rPr>
          <w:b/>
          <w:sz w:val="36"/>
          <w:szCs w:val="36"/>
        </w:rPr>
        <w:t xml:space="preserve"> </w:t>
      </w:r>
      <w:proofErr w:type="spellStart"/>
      <w:r w:rsidRPr="00B34326">
        <w:rPr>
          <w:b/>
          <w:sz w:val="36"/>
          <w:szCs w:val="36"/>
        </w:rPr>
        <w:t>pierwszej</w:t>
      </w:r>
      <w:proofErr w:type="spellEnd"/>
      <w:r w:rsidRPr="00B34326">
        <w:rPr>
          <w:b/>
          <w:sz w:val="36"/>
          <w:szCs w:val="36"/>
        </w:rPr>
        <w:t xml:space="preserve"> </w:t>
      </w:r>
    </w:p>
    <w:p w14:paraId="6FC36036" w14:textId="4C080B2C" w:rsidR="00B34326" w:rsidRDefault="00B34326" w:rsidP="00B34326">
      <w:pPr>
        <w:spacing w:line="360" w:lineRule="auto"/>
        <w:jc w:val="center"/>
        <w:rPr>
          <w:b/>
          <w:sz w:val="36"/>
          <w:szCs w:val="36"/>
        </w:rPr>
      </w:pPr>
      <w:proofErr w:type="spellStart"/>
      <w:r>
        <w:rPr>
          <w:b/>
          <w:sz w:val="36"/>
          <w:szCs w:val="36"/>
        </w:rPr>
        <w:t>S</w:t>
      </w:r>
      <w:r w:rsidR="00000000" w:rsidRPr="00B34326">
        <w:rPr>
          <w:b/>
          <w:sz w:val="36"/>
          <w:szCs w:val="36"/>
        </w:rPr>
        <w:t>zkoły</w:t>
      </w:r>
      <w:proofErr w:type="spellEnd"/>
      <w:r w:rsidR="00000000" w:rsidRPr="00B34326">
        <w:rPr>
          <w:b/>
          <w:sz w:val="36"/>
          <w:szCs w:val="36"/>
        </w:rPr>
        <w:t xml:space="preserve"> </w:t>
      </w:r>
      <w:proofErr w:type="spellStart"/>
      <w:r>
        <w:rPr>
          <w:b/>
          <w:sz w:val="36"/>
          <w:szCs w:val="36"/>
        </w:rPr>
        <w:t>P</w:t>
      </w:r>
      <w:r w:rsidRPr="00B34326">
        <w:rPr>
          <w:b/>
          <w:sz w:val="36"/>
          <w:szCs w:val="36"/>
        </w:rPr>
        <w:t>odstawowej</w:t>
      </w:r>
      <w:proofErr w:type="spellEnd"/>
      <w:r>
        <w:rPr>
          <w:b/>
          <w:sz w:val="36"/>
          <w:szCs w:val="36"/>
        </w:rPr>
        <w:t xml:space="preserve"> </w:t>
      </w:r>
    </w:p>
    <w:p w14:paraId="3089106B" w14:textId="77777777" w:rsidR="00B34326" w:rsidRDefault="00B34326" w:rsidP="00B34326">
      <w:pPr>
        <w:spacing w:line="360" w:lineRule="auto"/>
        <w:jc w:val="center"/>
        <w:rPr>
          <w:b/>
          <w:sz w:val="36"/>
          <w:szCs w:val="36"/>
        </w:rPr>
      </w:pPr>
      <w:proofErr w:type="spellStart"/>
      <w:r>
        <w:rPr>
          <w:b/>
          <w:sz w:val="36"/>
          <w:szCs w:val="36"/>
        </w:rPr>
        <w:t>im</w:t>
      </w:r>
      <w:proofErr w:type="spellEnd"/>
      <w:r>
        <w:rPr>
          <w:b/>
          <w:sz w:val="36"/>
          <w:szCs w:val="36"/>
        </w:rPr>
        <w:t xml:space="preserve">. </w:t>
      </w:r>
      <w:proofErr w:type="spellStart"/>
      <w:r>
        <w:rPr>
          <w:b/>
          <w:sz w:val="36"/>
          <w:szCs w:val="36"/>
        </w:rPr>
        <w:t>bł</w:t>
      </w:r>
      <w:proofErr w:type="spellEnd"/>
      <w:r>
        <w:rPr>
          <w:b/>
          <w:sz w:val="36"/>
          <w:szCs w:val="36"/>
        </w:rPr>
        <w:t xml:space="preserve">. </w:t>
      </w:r>
      <w:proofErr w:type="spellStart"/>
      <w:r>
        <w:rPr>
          <w:b/>
          <w:sz w:val="36"/>
          <w:szCs w:val="36"/>
        </w:rPr>
        <w:t>Julii</w:t>
      </w:r>
      <w:proofErr w:type="spellEnd"/>
      <w:r>
        <w:rPr>
          <w:b/>
          <w:sz w:val="36"/>
          <w:szCs w:val="36"/>
        </w:rPr>
        <w:t xml:space="preserve"> </w:t>
      </w:r>
      <w:proofErr w:type="spellStart"/>
      <w:r>
        <w:rPr>
          <w:b/>
          <w:sz w:val="36"/>
          <w:szCs w:val="36"/>
        </w:rPr>
        <w:t>Rodzińskiej</w:t>
      </w:r>
      <w:proofErr w:type="spellEnd"/>
      <w:r>
        <w:rPr>
          <w:b/>
          <w:sz w:val="36"/>
          <w:szCs w:val="36"/>
        </w:rPr>
        <w:t xml:space="preserve"> </w:t>
      </w:r>
    </w:p>
    <w:p w14:paraId="50E986F1" w14:textId="354EF13A" w:rsidR="000F41D8" w:rsidRPr="00B34326" w:rsidRDefault="00B34326" w:rsidP="00B34326">
      <w:pPr>
        <w:spacing w:line="360" w:lineRule="auto"/>
        <w:jc w:val="center"/>
        <w:rPr>
          <w:sz w:val="36"/>
          <w:szCs w:val="36"/>
        </w:rPr>
      </w:pPr>
      <w:r>
        <w:rPr>
          <w:b/>
          <w:sz w:val="36"/>
          <w:szCs w:val="36"/>
        </w:rPr>
        <w:t xml:space="preserve">w </w:t>
      </w:r>
      <w:proofErr w:type="spellStart"/>
      <w:r>
        <w:rPr>
          <w:b/>
          <w:sz w:val="36"/>
          <w:szCs w:val="36"/>
        </w:rPr>
        <w:t>Nawojowej</w:t>
      </w:r>
      <w:proofErr w:type="spellEnd"/>
      <w:r w:rsidR="00000000" w:rsidRPr="00B34326">
        <w:rPr>
          <w:b/>
          <w:sz w:val="36"/>
          <w:szCs w:val="36"/>
        </w:rPr>
        <w:br/>
      </w:r>
      <w:proofErr w:type="spellStart"/>
      <w:r w:rsidR="00000000" w:rsidRPr="00B34326">
        <w:rPr>
          <w:b/>
          <w:sz w:val="36"/>
          <w:szCs w:val="36"/>
        </w:rPr>
        <w:t>rok</w:t>
      </w:r>
      <w:proofErr w:type="spellEnd"/>
      <w:r w:rsidR="00000000" w:rsidRPr="00B34326">
        <w:rPr>
          <w:b/>
          <w:sz w:val="36"/>
          <w:szCs w:val="36"/>
        </w:rPr>
        <w:t xml:space="preserve"> </w:t>
      </w:r>
      <w:proofErr w:type="spellStart"/>
      <w:r w:rsidR="00000000" w:rsidRPr="00B34326">
        <w:rPr>
          <w:b/>
          <w:sz w:val="36"/>
          <w:szCs w:val="36"/>
        </w:rPr>
        <w:t>szkolny</w:t>
      </w:r>
      <w:proofErr w:type="spellEnd"/>
      <w:r w:rsidR="00000000" w:rsidRPr="00B34326">
        <w:rPr>
          <w:b/>
          <w:sz w:val="36"/>
          <w:szCs w:val="36"/>
        </w:rPr>
        <w:t xml:space="preserve"> 2026/2027</w:t>
      </w:r>
    </w:p>
    <w:p w14:paraId="29EAA52B" w14:textId="77777777" w:rsidR="000F41D8" w:rsidRPr="00B34326" w:rsidRDefault="00000000">
      <w:pPr>
        <w:rPr>
          <w:sz w:val="28"/>
          <w:szCs w:val="28"/>
        </w:rPr>
      </w:pPr>
      <w:r>
        <w:br/>
      </w:r>
    </w:p>
    <w:p w14:paraId="29CF1F64" w14:textId="77777777" w:rsidR="000F41D8" w:rsidRPr="00B34326" w:rsidRDefault="00000000">
      <w:pPr>
        <w:jc w:val="center"/>
        <w:rPr>
          <w:sz w:val="28"/>
          <w:szCs w:val="28"/>
        </w:rPr>
      </w:pPr>
      <w:r w:rsidRPr="00B34326">
        <w:rPr>
          <w:i/>
          <w:sz w:val="28"/>
          <w:szCs w:val="28"/>
        </w:rPr>
        <w:t>Dokument do wykorzystania w dokumentacji szkolnej</w:t>
      </w:r>
      <w:r w:rsidRPr="00B34326">
        <w:rPr>
          <w:i/>
          <w:sz w:val="28"/>
          <w:szCs w:val="28"/>
        </w:rPr>
        <w:br/>
      </w:r>
      <w:r w:rsidRPr="00B34326">
        <w:rPr>
          <w:b/>
          <w:sz w:val="28"/>
          <w:szCs w:val="28"/>
        </w:rPr>
        <w:t>Stan prawny zweryfikowany na dzień 1 września 2026 r.</w:t>
      </w:r>
    </w:p>
    <w:p w14:paraId="09F3FEB9" w14:textId="77777777" w:rsidR="000F41D8" w:rsidRDefault="00000000">
      <w:r>
        <w:br/>
      </w:r>
    </w:p>
    <w:p w14:paraId="451A321F" w14:textId="77777777" w:rsidR="00B34326" w:rsidRDefault="00B34326">
      <w:pPr>
        <w:pStyle w:val="Nagwek1"/>
      </w:pPr>
    </w:p>
    <w:p w14:paraId="749E3312" w14:textId="77777777" w:rsidR="00B34326" w:rsidRDefault="00B34326">
      <w:pPr>
        <w:pStyle w:val="Nagwek1"/>
      </w:pPr>
    </w:p>
    <w:p w14:paraId="72816F66" w14:textId="77777777" w:rsidR="00B34326" w:rsidRDefault="00B34326" w:rsidP="00B34326"/>
    <w:p w14:paraId="6B87A72C" w14:textId="77777777" w:rsidR="00B34326" w:rsidRDefault="00B34326" w:rsidP="00B34326"/>
    <w:p w14:paraId="0317223A" w14:textId="77777777" w:rsidR="00B34326" w:rsidRDefault="00B34326" w:rsidP="00B34326"/>
    <w:p w14:paraId="7B6510AA" w14:textId="77777777" w:rsidR="00B34326" w:rsidRPr="00B34326" w:rsidRDefault="00B34326" w:rsidP="00B34326"/>
    <w:p w14:paraId="165DEDA3" w14:textId="741A3385" w:rsidR="000F41D8" w:rsidRDefault="00000000">
      <w:pPr>
        <w:pStyle w:val="Nagwek1"/>
      </w:pPr>
      <w:r>
        <w:lastRenderedPageBreak/>
        <w:t>1. Podstawa prawna</w:t>
      </w:r>
    </w:p>
    <w:p w14:paraId="2C724C33" w14:textId="77777777" w:rsidR="000F41D8" w:rsidRDefault="00000000">
      <w:r>
        <w:t>Dokument opracowano z uwzględnieniem stanu prawnego obowiązującego od 1 września 2026 r. Weryfikacja została wykonana przede wszystkim w oficjalnym Elektronicznym Dzienniku Ustaw (ELI). W przypadku rozbieżności z wcześniejszymi materiałami zastosowano przepisy obowiązujące dla klasy I od roku szkolnego 2026/2027.</w:t>
      </w:r>
    </w:p>
    <w:p w14:paraId="37E20D08" w14:textId="77777777" w:rsidR="000F41D8" w:rsidRDefault="00000000">
      <w:r>
        <w:rPr>
          <w:b/>
        </w:rPr>
        <w:t>Ustawa z dnia 14 grudnia 2016 r. – Prawo oświatowe – tekst jednolity ogłoszony obwieszczeniem Marszałka Sejmu z dnia 12 czerwca 2026 r., Dz.U. 2026 poz. 820.</w:t>
      </w:r>
      <w:r>
        <w:t xml:space="preserve"> Określa m.in. zadania szkoły, obowiązek realizacji programów nauczania uwzględniających podstawę programową, organizację pracy szkoły oraz ogólne ramy oceniania.</w:t>
      </w:r>
    </w:p>
    <w:p w14:paraId="761AB0D6" w14:textId="77777777" w:rsidR="000F41D8" w:rsidRDefault="00000000">
      <w:r>
        <w:rPr>
          <w:b/>
        </w:rPr>
        <w:t>Rozporządzenie Ministra Edukacji z dnia 11 marca 2026 r. w sprawie podstawy programowej wychowania przedszkolnego oraz podstawy programowej kształcenia ogólnego dla szkoły podstawowej, w tym dla uczniów z niepełnosprawnością intelektualną w stopniu umiarkowanym lub znacznym, Dz.U. 2026 poz. 378.</w:t>
      </w:r>
      <w:r>
        <w:t xml:space="preserve"> Podstawowy akt dla niniejszego dokumentu. Nowa podstawa obowiązuje od 1 września 2026 r. i obejmuje w pierwszej kolejności klasę I szkoły podstawowej.</w:t>
      </w:r>
    </w:p>
    <w:p w14:paraId="78FF0623" w14:textId="77777777" w:rsidR="000F41D8" w:rsidRDefault="00000000">
      <w:r>
        <w:rPr>
          <w:b/>
        </w:rPr>
        <w:t>Rozporządzenie Ministra Edukacji z dnia 8 lipca 2026 r. zmieniające rozporządzenie w sprawie podstawy programowej (...), Dz.U. 2026 poz. 958.</w:t>
      </w:r>
      <w:r>
        <w:t xml:space="preserve"> Akt nowelizujący podstawę programową; jego przepisy weszły w życie 1 września 2026 r. i zostały uwzględnione w niniejszym opracowaniu.</w:t>
      </w:r>
    </w:p>
    <w:p w14:paraId="6A9B6B6B" w14:textId="77777777" w:rsidR="000F41D8" w:rsidRDefault="00000000">
      <w:r>
        <w:rPr>
          <w:b/>
        </w:rPr>
        <w:t>Rozporządzenie Ministra Edukacji z dnia 20 sierpnia 2026 r. zmieniające rozporządzenie w sprawie oceniania, klasyfikowania i promowania uczniów i słuchaczy w szkołach publicznych, Dz.U. 2026 poz. 1122.</w:t>
      </w:r>
      <w:r>
        <w:t xml:space="preserve"> Akt obowiązujący od 1 września 2026 r.; ma znaczenie dla oceniania bieżącego, informacji zwrotnej i ocen opisowych w klasach I–III.</w:t>
      </w:r>
    </w:p>
    <w:p w14:paraId="6774C7B4" w14:textId="77777777" w:rsidR="000F41D8" w:rsidRDefault="00000000">
      <w:r>
        <w:rPr>
          <w:b/>
        </w:rPr>
        <w:t>Rozporządzenie Ministra Edukacji z dnia 22 lipca 2026 r. w sprawie ramowych planów nauczania dla publicznych szkół, Dz.U. 2026 poz. 1028.</w:t>
      </w:r>
      <w:r>
        <w:t xml:space="preserve"> Określa aktualny ramowy plan nauczania; dla klasy I od 2026/2027 przewidziano 21 godzin edukacji wczesnoszkolnej tygodniowo oraz 3 godziny wychowania fizycznego w ramach tego wymiaru.</w:t>
      </w:r>
    </w:p>
    <w:p w14:paraId="061E2A72" w14:textId="77777777" w:rsidR="000F41D8" w:rsidRDefault="00000000">
      <w:r>
        <w:rPr>
          <w:b/>
        </w:rPr>
        <w:t>Rozporządzenie Ministra Edukacji z dnia 10 sierpnia 2026 r. zmieniające rozporządzenie w sprawie szczegółowej organizacji publicznych szkół i publicznych przedszkoli, Dz.U. 2026 poz. 1090.</w:t>
      </w:r>
      <w:r>
        <w:t xml:space="preserve"> Akt organizacyjny obowiązujący od 1 września 2026 r.; jest uwzględniany przy organizowaniu pracy szkoły.</w:t>
      </w:r>
    </w:p>
    <w:p w14:paraId="4E4F1A06" w14:textId="77777777" w:rsidR="000F41D8" w:rsidRDefault="00000000">
      <w:r>
        <w:t>Uwaga prawna: wymagania edukacyjne wynikają z podstawy programowej, ale ich rozłożenie w czasie na klasę I wynika z programu nauczania przyjętego w szkole. Nowa podstawa opisuje I etap edukacyjny jako całość (klasy I–III), dlatego niniejszy dokument nie przenosi automatycznie wszystkich efektów końcowych etapu na ucznia kończącego klasę I.</w:t>
      </w:r>
    </w:p>
    <w:p w14:paraId="4BA64460" w14:textId="77777777" w:rsidR="000F41D8" w:rsidRDefault="00000000">
      <w:pPr>
        <w:pStyle w:val="Nagwek2"/>
      </w:pPr>
      <w:r>
        <w:t>Najważniejsze ustalenia wynikające z nowych przepisów</w:t>
      </w:r>
    </w:p>
    <w:p w14:paraId="4499FBCE" w14:textId="77777777" w:rsidR="000F41D8" w:rsidRDefault="00000000">
      <w:pPr>
        <w:pStyle w:val="Listapunktowana"/>
      </w:pPr>
      <w:r>
        <w:t>Od 1 września 2026 r. nowa podstawa programowa jest realizowana w klasie I; klasy II–III w roku 2026/2027 pozostają na dotychczasowym etapie wdrażania.</w:t>
      </w:r>
    </w:p>
    <w:p w14:paraId="625DDB03" w14:textId="77777777" w:rsidR="000F41D8" w:rsidRDefault="00000000">
      <w:pPr>
        <w:pStyle w:val="Listapunktowana"/>
      </w:pPr>
      <w:r>
        <w:t>Edukacja w klasach I–III ma charakter kształcenia zintegrowanego. Wymagania z języka polskiego, matematyki, przyrody, edukacji społecznej, artystycznej, technicznej i informatycznej, języka obcego oraz wychowania fizycznego są łączone w spójne doświadczenia edukacyjne.</w:t>
      </w:r>
    </w:p>
    <w:p w14:paraId="45A7DF60" w14:textId="77777777" w:rsidR="000F41D8" w:rsidRDefault="00000000">
      <w:pPr>
        <w:pStyle w:val="Listapunktowana"/>
      </w:pPr>
      <w:r>
        <w:t>Nowa podstawa mocniej akcentuje kompetencje komunikacyjne, społeczne, samodzielność, kreatywność, krytyczne myślenie, sprawczość, refleksję nad własnym działaniem i poczucie własnej wartości.</w:t>
      </w:r>
    </w:p>
    <w:p w14:paraId="5431452F" w14:textId="77777777" w:rsidR="000F41D8" w:rsidRDefault="00000000">
      <w:pPr>
        <w:pStyle w:val="Listapunktowana"/>
      </w:pPr>
      <w:r>
        <w:lastRenderedPageBreak/>
        <w:t>Sześć modułów tematycznych nie stanowi nowych, odrębnych przedmiotów w klasie I. Moduły są realizowane w ramach wskazanych obszarów edukacji.</w:t>
      </w:r>
    </w:p>
    <w:p w14:paraId="0137F7B7" w14:textId="77777777" w:rsidR="000F41D8" w:rsidRDefault="00000000">
      <w:pPr>
        <w:pStyle w:val="Listapunktowana"/>
      </w:pPr>
      <w:r>
        <w:t>Elementy edukacji zdrowotnej są realizowane w klasie I w ramach zintegrowanej edukacji i odpowiednich obszarów podstawy; niniejszy dokument nie tworzy z nich odrębnego obowiązkowego przedmiotu.</w:t>
      </w:r>
    </w:p>
    <w:p w14:paraId="5B26E093" w14:textId="77777777" w:rsidR="000F41D8" w:rsidRDefault="00000000">
      <w:pPr>
        <w:pStyle w:val="Nagwek1"/>
      </w:pPr>
      <w:r>
        <w:t>2. Informacja o charakterze edukacji wczesnoszkolnej</w:t>
      </w:r>
    </w:p>
    <w:p w14:paraId="7D8250F9" w14:textId="77777777" w:rsidR="000F41D8" w:rsidRDefault="00000000">
      <w:r>
        <w:t>Edukacja wczesnoszkolna obejmuje klasy I–III i jest prowadzona w formie kształcenia zintegrowanego. W klasie I szczególne znaczenie ma okres adaptacyjny: uczeń poznaje rytm dnia szkolnego, zasady funkcjonowania grupy, sposoby organizacji pracy, nauczycieli i przestrzeń szkoły. Wymagania należy więc wdrażać stopniowo, z uwzględnieniem gotowości dziecka do podejmowania zadań.</w:t>
      </w:r>
    </w:p>
    <w:p w14:paraId="0B696981" w14:textId="77777777" w:rsidR="000F41D8" w:rsidRDefault="00000000">
      <w:r>
        <w:t>Nowa podstawa określa dla I etapu m.in. cele związane z aktywnym poznawaniem świata, krytycznym myśleniem, samodzielnością, kreatywnością, wytrwałością, kompetencjami komunikacyjnymi i społecznymi, poczuciem własnej wartości oraz przynależnością do rodziny, grupy, wspólnoty lokalnej i narodowej. Wymagania klasowe powinny rozwijać te kompetencje w codziennych sytuacjach, a nie tylko w formie ćwiczeń odtwórczych.</w:t>
      </w:r>
    </w:p>
    <w:p w14:paraId="660135E1" w14:textId="77777777" w:rsidR="000F41D8" w:rsidRDefault="00000000">
      <w:r>
        <w:t>Wymaganie edukacyjne jest w niniejszym dokumencie rozumiane jako oczekiwane, możliwe do zaobserwowania osiągnięcie ucznia. Kryterium sukcesu opisuje, po czym nauczyciel i uczeń mogą poznać, że zadanie zostało wykonane właściwie. Sposób monitorowania określa narzędzie lub sytuację, w której nauczyciel pozyskuje informację o postępie.</w:t>
      </w:r>
    </w:p>
    <w:p w14:paraId="577CE588" w14:textId="77777777" w:rsidR="000F41D8" w:rsidRDefault="00000000">
      <w:pPr>
        <w:pStyle w:val="Nagwek2"/>
      </w:pPr>
      <w:r>
        <w:t>Zasada spiralności</w:t>
      </w:r>
    </w:p>
    <w:p w14:paraId="6D7E88B7" w14:textId="77777777" w:rsidR="000F41D8" w:rsidRDefault="00000000">
      <w:r>
        <w:t>Umiejętności są rozwijane stopniowo: od działań na konkretach i prostych sytuacjach do coraz większej samodzielności, uogólniania i transferu. Osiągnięcie wymagania na poziomie podstawowym w klasie I nie oznacza pełnego opanowania efektu przewidzianego na koniec klasy III.</w:t>
      </w:r>
    </w:p>
    <w:p w14:paraId="2A4FCD6B" w14:textId="77777777" w:rsidR="000F41D8" w:rsidRDefault="00000000">
      <w:pPr>
        <w:pStyle w:val="Nagwek1"/>
      </w:pPr>
      <w:r>
        <w:t>3. Ogólne cele edukacyjne klasy pierwszej</w:t>
      </w:r>
    </w:p>
    <w:p w14:paraId="52883BF1" w14:textId="77777777" w:rsidR="000F41D8" w:rsidRDefault="00000000">
      <w:pPr>
        <w:pStyle w:val="Listanumerowana"/>
      </w:pPr>
      <w:r>
        <w:t>bezpieczne wejście w rolę ucznia i budowanie poczucia przynależności do klasy i szkoły;</w:t>
      </w:r>
    </w:p>
    <w:p w14:paraId="4F705D9F" w14:textId="77777777" w:rsidR="000F41D8" w:rsidRDefault="00000000">
      <w:pPr>
        <w:pStyle w:val="Listanumerowana"/>
      </w:pPr>
      <w:r>
        <w:t>rozwijanie komunikowania się, słuchania, zadawania pytań i wyrażania myśli;</w:t>
      </w:r>
    </w:p>
    <w:p w14:paraId="24C48B22" w14:textId="77777777" w:rsidR="000F41D8" w:rsidRDefault="00000000">
      <w:pPr>
        <w:pStyle w:val="Listanumerowana"/>
      </w:pPr>
      <w:r>
        <w:t>budowanie podstaw nauki czytania i pisania oraz rozumienia prostych tekstów;</w:t>
      </w:r>
    </w:p>
    <w:p w14:paraId="231A602F" w14:textId="77777777" w:rsidR="000F41D8" w:rsidRDefault="00000000">
      <w:pPr>
        <w:pStyle w:val="Listanumerowana"/>
      </w:pPr>
      <w:r>
        <w:t>rozwijanie myślenia matematycznego poprzez manipulowanie, liczenie, porównywanie i rozwiązywanie problemów;</w:t>
      </w:r>
    </w:p>
    <w:p w14:paraId="45E8B3D4" w14:textId="77777777" w:rsidR="000F41D8" w:rsidRDefault="00000000">
      <w:pPr>
        <w:pStyle w:val="Listanumerowana"/>
      </w:pPr>
      <w:r>
        <w:t>poznawanie najbliższego środowiska przyrodniczego przez obserwację, działanie i proste doświadczenia;</w:t>
      </w:r>
    </w:p>
    <w:p w14:paraId="0B47B42B" w14:textId="77777777" w:rsidR="000F41D8" w:rsidRDefault="00000000">
      <w:pPr>
        <w:pStyle w:val="Listanumerowana"/>
      </w:pPr>
      <w:r>
        <w:t>kształtowanie współpracy, odpowiedzialności, szacunku i rozwiązywania prostych konfliktów;</w:t>
      </w:r>
    </w:p>
    <w:p w14:paraId="58D79B87" w14:textId="77777777" w:rsidR="000F41D8" w:rsidRDefault="00000000">
      <w:pPr>
        <w:pStyle w:val="Listanumerowana"/>
      </w:pPr>
      <w:r>
        <w:t>rozwijanie samodzielności, wytrwałości, sprawczości i umiejętności korzystania z informacji zwrotnej;</w:t>
      </w:r>
    </w:p>
    <w:p w14:paraId="627675F0" w14:textId="77777777" w:rsidR="000F41D8" w:rsidRDefault="00000000">
      <w:pPr>
        <w:pStyle w:val="Listanumerowana"/>
      </w:pPr>
      <w:r>
        <w:t>rozwijanie twórczej ekspresji plastycznej, muzycznej, ruchowej i teatralnej;</w:t>
      </w:r>
    </w:p>
    <w:p w14:paraId="7597679A" w14:textId="77777777" w:rsidR="000F41D8" w:rsidRDefault="00000000">
      <w:pPr>
        <w:pStyle w:val="Listanumerowana"/>
      </w:pPr>
      <w:r>
        <w:t>bezpieczne i celowe korzystanie z urządzeń cyfrowych oraz rozwijanie podstaw logicznego i algorytmicznego myślenia;</w:t>
      </w:r>
    </w:p>
    <w:p w14:paraId="4C6E82F8" w14:textId="77777777" w:rsidR="000F41D8" w:rsidRDefault="00000000">
      <w:pPr>
        <w:pStyle w:val="Listanumerowana"/>
      </w:pPr>
      <w:r>
        <w:t>rozwijanie podstawowych umiejętności ruchowych, nawyków zdrowotnych i bezpieczeństwa;</w:t>
      </w:r>
    </w:p>
    <w:p w14:paraId="46A34008" w14:textId="77777777" w:rsidR="000F41D8" w:rsidRDefault="00000000">
      <w:pPr>
        <w:pStyle w:val="Listanumerowana"/>
      </w:pPr>
      <w:r>
        <w:t>budowanie pierwszych kompetencji ekonomiczno-finansowych w sytuacjach codziennych;</w:t>
      </w:r>
    </w:p>
    <w:p w14:paraId="7FDC47DF" w14:textId="77777777" w:rsidR="000F41D8" w:rsidRDefault="00000000">
      <w:pPr>
        <w:pStyle w:val="Listanumerowana"/>
      </w:pPr>
      <w:r>
        <w:t>kształtowanie postaw troski o środowisko, własne zdrowie, innych ludzi i wspólne dobro.</w:t>
      </w:r>
    </w:p>
    <w:p w14:paraId="40BE3577" w14:textId="77777777" w:rsidR="000F41D8" w:rsidRDefault="00000000">
      <w:pPr>
        <w:pStyle w:val="Nagwek1"/>
      </w:pPr>
      <w:r>
        <w:lastRenderedPageBreak/>
        <w:t>4. Szczegółowe wymagania edukacyjne</w:t>
      </w:r>
    </w:p>
    <w:p w14:paraId="5C15EF05" w14:textId="77777777" w:rsidR="000F41D8" w:rsidRDefault="00000000">
      <w:r>
        <w:t>Poniższe wymagania są sformułowane jako obserwowalne osiągnięcia ucznia. Są propozycją szkolnego uszczegółowienia podstawy programowej na rok 2026/2027. Wymagania dla klasy I należy odczytywać w powiązaniu z programem nauczania i z rozwojem dziecka, a nie jako sztywną listę do jednorazowego sprawdzianu.</w:t>
      </w:r>
    </w:p>
    <w:p w14:paraId="507F7605" w14:textId="77777777" w:rsidR="000F41D8" w:rsidRDefault="00000000">
      <w:pPr>
        <w:pStyle w:val="Nagwek2"/>
      </w:pPr>
      <w:r>
        <w:t>A. Edukacja polonistyczna</w:t>
      </w:r>
    </w:p>
    <w:p w14:paraId="44DF8A8A" w14:textId="77777777" w:rsidR="000F41D8" w:rsidRDefault="00000000">
      <w:pPr>
        <w:pStyle w:val="Nagwek3"/>
      </w:pPr>
      <w:r>
        <w:t>Słuchanie i rozumienie</w:t>
      </w:r>
    </w:p>
    <w:p w14:paraId="4ED2991D" w14:textId="77777777" w:rsidR="000F41D8" w:rsidRDefault="00000000">
      <w:pPr>
        <w:pStyle w:val="Listapunktowana"/>
      </w:pPr>
      <w:r>
        <w:t>Uczeń uważnie słucha krótkiej wypowiedzi nauczyciela lub rówieśnika i wykonuje związane z nią polecenie.</w:t>
      </w:r>
    </w:p>
    <w:p w14:paraId="0048C43B" w14:textId="77777777" w:rsidR="000F41D8" w:rsidRDefault="00000000">
      <w:pPr>
        <w:pStyle w:val="Listapunktowana"/>
      </w:pPr>
      <w:r>
        <w:t>Uczeń wyodrębnia podstawowe informacje z wysłuchanego tekstu i odpowiada na pytania dotyczące jego treści.</w:t>
      </w:r>
    </w:p>
    <w:p w14:paraId="029CC4FC" w14:textId="77777777" w:rsidR="000F41D8" w:rsidRDefault="00000000">
      <w:pPr>
        <w:pStyle w:val="Listapunktowana"/>
      </w:pPr>
      <w:r>
        <w:t>Uczeń rozpoznaje bohaterów, miejsce i najważniejsze wydarzenia w krótkim utworze.</w:t>
      </w:r>
    </w:p>
    <w:p w14:paraId="533D97D7" w14:textId="77777777" w:rsidR="000F41D8" w:rsidRDefault="00000000">
      <w:pPr>
        <w:pStyle w:val="Listapunktowana"/>
      </w:pPr>
      <w:r>
        <w:t>Uczeń potrafi przewidzieć prosty dalszy ciąg wydarzeń na podstawie wysłuchanego fragmentu.</w:t>
      </w:r>
    </w:p>
    <w:p w14:paraId="7CF70654" w14:textId="77777777" w:rsidR="000F41D8" w:rsidRDefault="00000000">
      <w:pPr>
        <w:pStyle w:val="Nagwek3"/>
      </w:pPr>
      <w:r>
        <w:t>Mówienie, rozmowa i słownictwo</w:t>
      </w:r>
    </w:p>
    <w:p w14:paraId="2BBAD2BB" w14:textId="77777777" w:rsidR="000F41D8" w:rsidRDefault="00000000">
      <w:pPr>
        <w:pStyle w:val="Listapunktowana"/>
      </w:pPr>
      <w:r>
        <w:t>Uczeń wypowiada się na temat bliski własnym doświadczeniom, stosując proste zdania.</w:t>
      </w:r>
    </w:p>
    <w:p w14:paraId="3933207B" w14:textId="77777777" w:rsidR="000F41D8" w:rsidRDefault="00000000">
      <w:pPr>
        <w:pStyle w:val="Listapunktowana"/>
      </w:pPr>
      <w:r>
        <w:t>Uczeń odpowiada na pytania i formułuje proste pytania do rozmówcy.</w:t>
      </w:r>
    </w:p>
    <w:p w14:paraId="7971F2A2" w14:textId="77777777" w:rsidR="000F41D8" w:rsidRDefault="00000000">
      <w:pPr>
        <w:pStyle w:val="Listapunktowana"/>
      </w:pPr>
      <w:r>
        <w:t>Uczeń przestrzega podstawowych zasad rozmowy: słucha, nie przerywa, czeka na swoją kolej i odnosi się z szacunkiem.</w:t>
      </w:r>
    </w:p>
    <w:p w14:paraId="23763CE5" w14:textId="77777777" w:rsidR="000F41D8" w:rsidRDefault="00000000">
      <w:pPr>
        <w:pStyle w:val="Listapunktowana"/>
      </w:pPr>
      <w:r>
        <w:t>Uczeń nazywa osoby, przedmioty, czynności, miejsca, cechy i podstawowe emocje.</w:t>
      </w:r>
    </w:p>
    <w:p w14:paraId="0A0AE367" w14:textId="77777777" w:rsidR="000F41D8" w:rsidRDefault="00000000">
      <w:pPr>
        <w:pStyle w:val="Listapunktowana"/>
      </w:pPr>
      <w:r>
        <w:t>Uczeń porządkuje wypowiedź w prostym następstwie czasowym: najpierw, potem, na końcu.</w:t>
      </w:r>
    </w:p>
    <w:p w14:paraId="5EC2A176" w14:textId="77777777" w:rsidR="000F41D8" w:rsidRDefault="00000000">
      <w:pPr>
        <w:pStyle w:val="Nagwek3"/>
      </w:pPr>
      <w:r>
        <w:t>Przygotowanie do czytania i czytanie</w:t>
      </w:r>
    </w:p>
    <w:p w14:paraId="6BB90ACD" w14:textId="77777777" w:rsidR="000F41D8" w:rsidRDefault="00000000">
      <w:pPr>
        <w:pStyle w:val="Listapunktowana"/>
      </w:pPr>
      <w:r>
        <w:t>Uczeń dokonuje analizy i syntezy słuchowej prostych wyrazów.</w:t>
      </w:r>
    </w:p>
    <w:p w14:paraId="34E039A2" w14:textId="77777777" w:rsidR="000F41D8" w:rsidRDefault="00000000">
      <w:pPr>
        <w:pStyle w:val="Listapunktowana"/>
      </w:pPr>
      <w:r>
        <w:t>Uczeń rozpoznaje poznane litery i łączy je z odpowiadającymi im głoskami.</w:t>
      </w:r>
    </w:p>
    <w:p w14:paraId="190FC9B4" w14:textId="77777777" w:rsidR="000F41D8" w:rsidRDefault="00000000">
      <w:pPr>
        <w:pStyle w:val="Listapunktowana"/>
      </w:pPr>
      <w:r>
        <w:t>Uczeń odczytuje sylaby, proste wyrazy i zdania adekwatne do etapu nauki.</w:t>
      </w:r>
    </w:p>
    <w:p w14:paraId="0DB9CDAB" w14:textId="77777777" w:rsidR="000F41D8" w:rsidRDefault="00000000">
      <w:pPr>
        <w:pStyle w:val="Listapunktowana"/>
      </w:pPr>
      <w:r>
        <w:t>Uczeń czyta krótki tekst dostosowany do poziomu klasy i odpowiada na pytania dotyczące jego treści.</w:t>
      </w:r>
    </w:p>
    <w:p w14:paraId="2C13D358" w14:textId="77777777" w:rsidR="000F41D8" w:rsidRDefault="00000000">
      <w:pPr>
        <w:pStyle w:val="Listapunktowana"/>
      </w:pPr>
      <w:r>
        <w:t>Uczeń podejmuje próby płynnego i wyrazistego czytania.</w:t>
      </w:r>
    </w:p>
    <w:p w14:paraId="0F9F8F9E" w14:textId="77777777" w:rsidR="000F41D8" w:rsidRDefault="00000000">
      <w:pPr>
        <w:pStyle w:val="Nagwek3"/>
      </w:pPr>
      <w:r>
        <w:t>Pisanie i tworzenie wypowiedzi</w:t>
      </w:r>
    </w:p>
    <w:p w14:paraId="77556029" w14:textId="77777777" w:rsidR="000F41D8" w:rsidRDefault="00000000">
      <w:pPr>
        <w:pStyle w:val="Listapunktowana"/>
      </w:pPr>
      <w:r>
        <w:t>Uczeń prawidłowo posługuje się przyborem do pisania i odwzorowuje poznane znaki.</w:t>
      </w:r>
    </w:p>
    <w:p w14:paraId="2156F4D7" w14:textId="77777777" w:rsidR="000F41D8" w:rsidRDefault="00000000">
      <w:pPr>
        <w:pStyle w:val="Listapunktowana"/>
      </w:pPr>
      <w:r>
        <w:t>Uczeń zapisuje poznane litery, sylaby, wyrazy i proste zdania.</w:t>
      </w:r>
    </w:p>
    <w:p w14:paraId="1FFB9DF8" w14:textId="77777777" w:rsidR="000F41D8" w:rsidRDefault="00000000">
      <w:pPr>
        <w:pStyle w:val="Listapunktowana"/>
      </w:pPr>
      <w:r>
        <w:t>Uczeń przepisuje krótki tekst, zachowując jego podstawowy układ.</w:t>
      </w:r>
    </w:p>
    <w:p w14:paraId="12E7FFF9" w14:textId="77777777" w:rsidR="000F41D8" w:rsidRDefault="00000000">
      <w:pPr>
        <w:pStyle w:val="Listapunktowana"/>
      </w:pPr>
      <w:r>
        <w:t>Uczeń pisze z pamięci poznane wyrazy i proste zdania w zakresie przewidzianym w programie klasy I.</w:t>
      </w:r>
    </w:p>
    <w:p w14:paraId="6953B4DE" w14:textId="77777777" w:rsidR="000F41D8" w:rsidRDefault="00000000">
      <w:pPr>
        <w:pStyle w:val="Listapunktowana"/>
      </w:pPr>
      <w:r>
        <w:t>Uczeń podejmuje próby pisania ze słuchu prostych, wcześniej ćwiczonych wyrazów i zdań, adekwatnie do aktualnego etapu nauki.</w:t>
      </w:r>
    </w:p>
    <w:p w14:paraId="4B4E9871" w14:textId="77777777" w:rsidR="000F41D8" w:rsidRDefault="00000000">
      <w:pPr>
        <w:pStyle w:val="Listapunktowana"/>
      </w:pPr>
      <w:r>
        <w:t>Uczeń tworzy krótką wypowiedź pisemną, np. podpis, zdanie, krótką wiadomość lub opis ilustracji.</w:t>
      </w:r>
    </w:p>
    <w:p w14:paraId="213B0131" w14:textId="77777777" w:rsidR="000F41D8" w:rsidRDefault="00000000">
      <w:pPr>
        <w:pStyle w:val="Nagwek3"/>
      </w:pPr>
      <w:r>
        <w:t>Literatura i informacje</w:t>
      </w:r>
    </w:p>
    <w:p w14:paraId="6FA97BFB" w14:textId="77777777" w:rsidR="000F41D8" w:rsidRDefault="00000000">
      <w:pPr>
        <w:pStyle w:val="Listapunktowana"/>
      </w:pPr>
      <w:r>
        <w:t>Uczeń słucha utworów literackich dla dzieci i potrafi powiedzieć, co w nich było dla niego ważne lub ciekawe.</w:t>
      </w:r>
    </w:p>
    <w:p w14:paraId="54063B74" w14:textId="77777777" w:rsidR="000F41D8" w:rsidRDefault="00000000">
      <w:pPr>
        <w:pStyle w:val="Listapunktowana"/>
      </w:pPr>
      <w:r>
        <w:t>Uczeń rozpoznaje podstawowe elementy świata przedstawionego w opowiadaniu, baśni lub wierszu.</w:t>
      </w:r>
    </w:p>
    <w:p w14:paraId="0E23A0F1" w14:textId="77777777" w:rsidR="000F41D8" w:rsidRDefault="00000000">
      <w:pPr>
        <w:pStyle w:val="Listapunktowana"/>
      </w:pPr>
      <w:r>
        <w:t>Uczeń wybiera książkę lub tekst odpowiedni do swoich zainteresowań i potrafi krótko uzasadnić wybór.</w:t>
      </w:r>
    </w:p>
    <w:p w14:paraId="07E20230" w14:textId="77777777" w:rsidR="000F41D8" w:rsidRDefault="00000000">
      <w:pPr>
        <w:pStyle w:val="Listapunktowana"/>
      </w:pPr>
      <w:r>
        <w:lastRenderedPageBreak/>
        <w:t>Uczeń korzysta z ilustracji, tytułu, nagłówka i prostych oznaczeń jako wskazówek do odczytania informacji.</w:t>
      </w:r>
    </w:p>
    <w:p w14:paraId="047AAD9A" w14:textId="77777777" w:rsidR="000F41D8" w:rsidRDefault="00000000">
      <w:pPr>
        <w:pStyle w:val="Listapunktowana"/>
      </w:pPr>
      <w:r>
        <w:t>Uczeń podejmuje próby wyszukania potrzebnej informacji w książce, materiałach edukacyjnych lub prostym źródle cyfrowym.</w:t>
      </w:r>
    </w:p>
    <w:p w14:paraId="7162AF54" w14:textId="77777777" w:rsidR="000F41D8" w:rsidRDefault="00000000">
      <w:pPr>
        <w:pStyle w:val="Nagwek2"/>
      </w:pPr>
      <w:r>
        <w:t>B. Edukacja matematyczna</w:t>
      </w:r>
    </w:p>
    <w:p w14:paraId="71ED272B" w14:textId="77777777" w:rsidR="000F41D8" w:rsidRDefault="00000000">
      <w:pPr>
        <w:pStyle w:val="Nagwek3"/>
      </w:pPr>
      <w:r>
        <w:t>Orientacja przestrzenna i klasyfikowanie</w:t>
      </w:r>
    </w:p>
    <w:p w14:paraId="32048DFD" w14:textId="77777777" w:rsidR="000F41D8" w:rsidRDefault="00000000">
      <w:pPr>
        <w:pStyle w:val="Listapunktowana"/>
      </w:pPr>
      <w:r>
        <w:t>Uczeń określa położenie przedmiotów względem siebie, posługując się określeniami: nad, pod, obok, przed, za, między, blisko, daleko.</w:t>
      </w:r>
    </w:p>
    <w:p w14:paraId="73C7F601" w14:textId="77777777" w:rsidR="000F41D8" w:rsidRDefault="00000000">
      <w:pPr>
        <w:pStyle w:val="Listapunktowana"/>
      </w:pPr>
      <w:r>
        <w:t>Uczeń rozpoznaje i stosuje podstawowe kierunki: prawo, lewo, góra, dół.</w:t>
      </w:r>
    </w:p>
    <w:p w14:paraId="59356F0F" w14:textId="77777777" w:rsidR="000F41D8" w:rsidRDefault="00000000">
      <w:pPr>
        <w:pStyle w:val="Listapunktowana"/>
      </w:pPr>
      <w:r>
        <w:t>Uczeń klasyfikuje przedmioty według jednej wskazanej cechy i potrafi wyjaśnić przyjęte kryterium.</w:t>
      </w:r>
    </w:p>
    <w:p w14:paraId="71F28576" w14:textId="77777777" w:rsidR="000F41D8" w:rsidRDefault="00000000">
      <w:pPr>
        <w:pStyle w:val="Nagwek3"/>
      </w:pPr>
      <w:r>
        <w:t>Liczby i liczenie</w:t>
      </w:r>
    </w:p>
    <w:p w14:paraId="7FF6F919" w14:textId="77777777" w:rsidR="000F41D8" w:rsidRDefault="00000000">
      <w:pPr>
        <w:pStyle w:val="Listapunktowana"/>
      </w:pPr>
      <w:r>
        <w:t>Uczeń przelicza elementy zbioru, porównuje liczebność i wskazuje, gdzie jest więcej, mniej lub tyle samo.</w:t>
      </w:r>
    </w:p>
    <w:p w14:paraId="40BF3063" w14:textId="77777777" w:rsidR="000F41D8" w:rsidRDefault="00000000">
      <w:pPr>
        <w:pStyle w:val="Listapunktowana"/>
      </w:pPr>
      <w:r>
        <w:t>Uczeń odczytuje i zapisuje liczby w zakresie realizowanym w klasie I.</w:t>
      </w:r>
    </w:p>
    <w:p w14:paraId="01B02CFF" w14:textId="77777777" w:rsidR="000F41D8" w:rsidRDefault="00000000">
      <w:pPr>
        <w:pStyle w:val="Listapunktowana"/>
      </w:pPr>
      <w:r>
        <w:t>Uczeń porządkuje liczby rosnąco i malejąco oraz wskazuje poprzednik i następnik.</w:t>
      </w:r>
    </w:p>
    <w:p w14:paraId="5EBADCBF" w14:textId="77777777" w:rsidR="000F41D8" w:rsidRDefault="00000000">
      <w:pPr>
        <w:pStyle w:val="Listapunktowana"/>
      </w:pPr>
      <w:r>
        <w:t>Uczeń wykorzystuje konkret, rysunek, oś liczbową lub inny model do wyjaśnienia sytuacji liczbowej.</w:t>
      </w:r>
    </w:p>
    <w:p w14:paraId="41B36860" w14:textId="77777777" w:rsidR="000F41D8" w:rsidRDefault="00000000">
      <w:pPr>
        <w:pStyle w:val="Nagwek3"/>
      </w:pPr>
      <w:r>
        <w:t>Działania i zależności</w:t>
      </w:r>
    </w:p>
    <w:p w14:paraId="1AB80551" w14:textId="77777777" w:rsidR="000F41D8" w:rsidRDefault="00000000">
      <w:pPr>
        <w:pStyle w:val="Listapunktowana"/>
      </w:pPr>
      <w:r>
        <w:t>Uczeń wykonuje dodawanie i odejmowanie w zakresie przewidzianym programem klasy I, korzystając w razie potrzeby z konkretów lub modeli.</w:t>
      </w:r>
    </w:p>
    <w:p w14:paraId="20B0B11F" w14:textId="77777777" w:rsidR="000F41D8" w:rsidRDefault="00000000">
      <w:pPr>
        <w:pStyle w:val="Listapunktowana"/>
      </w:pPr>
      <w:r>
        <w:t>Uczeń dobiera działanie do prostej sytuacji przedstawionej słownie, obrazem lub schematem.</w:t>
      </w:r>
    </w:p>
    <w:p w14:paraId="3587AAAF" w14:textId="77777777" w:rsidR="000F41D8" w:rsidRDefault="00000000">
      <w:pPr>
        <w:pStyle w:val="Listapunktowana"/>
      </w:pPr>
      <w:r>
        <w:t>Uczeń uzupełnia proste równości z niewiadomym elementem, np. w postaci okienka.</w:t>
      </w:r>
    </w:p>
    <w:p w14:paraId="30ABCCCC" w14:textId="77777777" w:rsidR="000F41D8" w:rsidRDefault="00000000">
      <w:pPr>
        <w:pStyle w:val="Listapunktowana"/>
      </w:pPr>
      <w:r>
        <w:t>Uczeń dostrzega prostą prawidłowość i kontynuuje rytm liczbowy lub graficzny.</w:t>
      </w:r>
    </w:p>
    <w:p w14:paraId="49DC840D" w14:textId="77777777" w:rsidR="000F41D8" w:rsidRDefault="00000000">
      <w:pPr>
        <w:pStyle w:val="Listapunktowana"/>
      </w:pPr>
      <w:r>
        <w:t>Uczeń wyjaśnia własnymi słowami prosty sposób rozwiązania zadania.</w:t>
      </w:r>
    </w:p>
    <w:p w14:paraId="2BC2CDAD" w14:textId="77777777" w:rsidR="000F41D8" w:rsidRDefault="00000000">
      <w:pPr>
        <w:pStyle w:val="Nagwek3"/>
      </w:pPr>
      <w:r>
        <w:t>Zadania tekstowe i logiczne</w:t>
      </w:r>
    </w:p>
    <w:p w14:paraId="6B592F5A" w14:textId="77777777" w:rsidR="000F41D8" w:rsidRDefault="00000000">
      <w:pPr>
        <w:pStyle w:val="Listapunktowana"/>
      </w:pPr>
      <w:r>
        <w:t>Uczeń wskazuje dane i pytanie w prostym zadaniu tekstowym.</w:t>
      </w:r>
    </w:p>
    <w:p w14:paraId="577A70CD" w14:textId="77777777" w:rsidR="000F41D8" w:rsidRDefault="00000000">
      <w:pPr>
        <w:pStyle w:val="Listapunktowana"/>
      </w:pPr>
      <w:r>
        <w:t>Uczeń przedstawia sytuację z zadania za pomocą rysunku, manipulowania przedmiotami lub działania.</w:t>
      </w:r>
    </w:p>
    <w:p w14:paraId="0F4651E6" w14:textId="77777777" w:rsidR="000F41D8" w:rsidRDefault="00000000">
      <w:pPr>
        <w:pStyle w:val="Listapunktowana"/>
      </w:pPr>
      <w:r>
        <w:t>Uczeń zapisuje rozwiązanie i odpowiedź w prostej formie.</w:t>
      </w:r>
    </w:p>
    <w:p w14:paraId="17C0ADD6" w14:textId="77777777" w:rsidR="000F41D8" w:rsidRDefault="00000000">
      <w:pPr>
        <w:pStyle w:val="Listapunktowana"/>
      </w:pPr>
      <w:r>
        <w:t>Uczeń podejmuje próby znalezienia więcej niż jednego sposobu rozwiązania prostego problemu.</w:t>
      </w:r>
    </w:p>
    <w:p w14:paraId="55D9B6F1" w14:textId="77777777" w:rsidR="000F41D8" w:rsidRDefault="00000000">
      <w:pPr>
        <w:pStyle w:val="Listapunktowana"/>
      </w:pPr>
      <w:r>
        <w:t>Uczeń uczestniczy w grach planszowych, kościanych lub karcianych rozwijających myślenie logiczne i strategiczne oraz potrafi powiedzieć, jaka strategia była pomocna.</w:t>
      </w:r>
    </w:p>
    <w:p w14:paraId="1C4C3157" w14:textId="77777777" w:rsidR="000F41D8" w:rsidRDefault="00000000">
      <w:pPr>
        <w:pStyle w:val="Nagwek3"/>
      </w:pPr>
      <w:r>
        <w:t>Geometria, mierzenie, czas i pieniądze</w:t>
      </w:r>
    </w:p>
    <w:p w14:paraId="320D9EC3" w14:textId="77777777" w:rsidR="000F41D8" w:rsidRDefault="00000000">
      <w:pPr>
        <w:pStyle w:val="Listapunktowana"/>
      </w:pPr>
      <w:r>
        <w:t>Uczeń rozpoznaje i nazywa podstawowe figury geometryczne w otoczeniu.</w:t>
      </w:r>
    </w:p>
    <w:p w14:paraId="4F90759B" w14:textId="77777777" w:rsidR="000F41D8" w:rsidRDefault="00000000">
      <w:pPr>
        <w:pStyle w:val="Listapunktowana"/>
      </w:pPr>
      <w:r>
        <w:t>Uczeń tworzy i odtwarza proste układy z figur.</w:t>
      </w:r>
    </w:p>
    <w:p w14:paraId="73FCA22F" w14:textId="77777777" w:rsidR="000F41D8" w:rsidRDefault="00000000">
      <w:pPr>
        <w:pStyle w:val="Listapunktowana"/>
      </w:pPr>
      <w:r>
        <w:t>Uczeń mierzy długość za pomocą linijki lub miary w sytuacjach praktycznych odpowiednich do klasy I.</w:t>
      </w:r>
    </w:p>
    <w:p w14:paraId="3DE6CDF9" w14:textId="77777777" w:rsidR="000F41D8" w:rsidRDefault="00000000">
      <w:pPr>
        <w:pStyle w:val="Listapunktowana"/>
      </w:pPr>
      <w:r>
        <w:t>Uczeń posługuje się pojęciami dotyczącymi czasu: dzień, tydzień, miesiąc, pory dnia oraz odczytuje pełne godziny w prostych sytuacjach.</w:t>
      </w:r>
    </w:p>
    <w:p w14:paraId="5A78AEAF" w14:textId="77777777" w:rsidR="000F41D8" w:rsidRDefault="00000000">
      <w:pPr>
        <w:pStyle w:val="Listapunktowana"/>
      </w:pPr>
      <w:r>
        <w:t>Uczeń rozpoznaje polskie monety i banknoty używane w prostych sytuacjach zakupowych.</w:t>
      </w:r>
    </w:p>
    <w:p w14:paraId="62D2589F" w14:textId="77777777" w:rsidR="000F41D8" w:rsidRDefault="00000000">
      <w:pPr>
        <w:pStyle w:val="Listapunktowana"/>
      </w:pPr>
      <w:r>
        <w:t>Uczeń porównuje ceny, tworzy prostą listę zakupów i rozpoznaje różnicę między potrzebą a zachcianką.</w:t>
      </w:r>
    </w:p>
    <w:p w14:paraId="3A9EBEED" w14:textId="77777777" w:rsidR="000F41D8" w:rsidRDefault="00000000">
      <w:pPr>
        <w:pStyle w:val="Nagwek2"/>
      </w:pPr>
      <w:r>
        <w:lastRenderedPageBreak/>
        <w:t>C. Edukacja przyrodnicza</w:t>
      </w:r>
    </w:p>
    <w:p w14:paraId="770F6AE7" w14:textId="77777777" w:rsidR="000F41D8" w:rsidRDefault="00000000">
      <w:pPr>
        <w:pStyle w:val="Nagwek3"/>
      </w:pPr>
      <w:r>
        <w:t>Najbliższe środowisko i obserwacja</w:t>
      </w:r>
    </w:p>
    <w:p w14:paraId="258513D5" w14:textId="77777777" w:rsidR="000F41D8" w:rsidRDefault="00000000">
      <w:pPr>
        <w:pStyle w:val="Listapunktowana"/>
      </w:pPr>
      <w:r>
        <w:t>Uczeń rozpoznaje podstawowe elementy najbliższego środowiska: szkołę, dom, ogród, park, ulicę i inne miejsca ważne dla jego codzienności.</w:t>
      </w:r>
    </w:p>
    <w:p w14:paraId="7D56AC37" w14:textId="77777777" w:rsidR="000F41D8" w:rsidRDefault="00000000">
      <w:pPr>
        <w:pStyle w:val="Listapunktowana"/>
      </w:pPr>
      <w:r>
        <w:t>Uczeń obserwuje zmiany w przyrodzie i potrafi powiedzieć, co się zmieniło.</w:t>
      </w:r>
    </w:p>
    <w:p w14:paraId="0119B205" w14:textId="77777777" w:rsidR="000F41D8" w:rsidRDefault="00000000">
      <w:pPr>
        <w:pStyle w:val="Listapunktowana"/>
      </w:pPr>
      <w:r>
        <w:t>Uczeń rozpoznaje pory roku i wskazuje typowe dla nich zjawiska.</w:t>
      </w:r>
    </w:p>
    <w:p w14:paraId="51CF1CFE" w14:textId="77777777" w:rsidR="000F41D8" w:rsidRDefault="00000000">
      <w:pPr>
        <w:pStyle w:val="Listapunktowana"/>
      </w:pPr>
      <w:r>
        <w:t>Uczeń dokumentuje prostą obserwację za pomocą rysunku, symboli, krótkiego zapisu lub fotografii wykonanej pod nadzorem.</w:t>
      </w:r>
    </w:p>
    <w:p w14:paraId="11981871" w14:textId="77777777" w:rsidR="000F41D8" w:rsidRDefault="00000000">
      <w:pPr>
        <w:pStyle w:val="Nagwek3"/>
      </w:pPr>
      <w:r>
        <w:t>Rośliny i zwierzęta</w:t>
      </w:r>
    </w:p>
    <w:p w14:paraId="12EE4FAA" w14:textId="77777777" w:rsidR="000F41D8" w:rsidRDefault="00000000">
      <w:pPr>
        <w:pStyle w:val="Listapunktowana"/>
      </w:pPr>
      <w:r>
        <w:t>Uczeń rozpoznaje wybrane rośliny i zwierzęta występujące w najbliższym otoczeniu.</w:t>
      </w:r>
    </w:p>
    <w:p w14:paraId="5B72F177" w14:textId="77777777" w:rsidR="000F41D8" w:rsidRDefault="00000000">
      <w:pPr>
        <w:pStyle w:val="Listapunktowana"/>
      </w:pPr>
      <w:r>
        <w:t>Uczeń opisuje podstawowe potrzeby roślin i zwierząt.</w:t>
      </w:r>
    </w:p>
    <w:p w14:paraId="63A651B9" w14:textId="77777777" w:rsidR="000F41D8" w:rsidRDefault="00000000">
      <w:pPr>
        <w:pStyle w:val="Listapunktowana"/>
      </w:pPr>
      <w:r>
        <w:t>Uczeń obserwuje rozwój rośliny lub zachowanie zwierzęcia bez naruszania jego dobrostanu.</w:t>
      </w:r>
    </w:p>
    <w:p w14:paraId="7E9A0AD5" w14:textId="77777777" w:rsidR="000F41D8" w:rsidRDefault="00000000">
      <w:pPr>
        <w:pStyle w:val="Listapunktowana"/>
      </w:pPr>
      <w:r>
        <w:t>Uczeń proponuje proste działania chroniące rośliny, zwierzęta i ich siedliska.</w:t>
      </w:r>
    </w:p>
    <w:p w14:paraId="769E8B68" w14:textId="77777777" w:rsidR="000F41D8" w:rsidRDefault="00000000">
      <w:pPr>
        <w:pStyle w:val="Nagwek3"/>
      </w:pPr>
      <w:r>
        <w:t>Człowiek, zdrowie i higiena</w:t>
      </w:r>
    </w:p>
    <w:p w14:paraId="3B5702B4" w14:textId="77777777" w:rsidR="000F41D8" w:rsidRDefault="00000000">
      <w:pPr>
        <w:pStyle w:val="Listapunktowana"/>
      </w:pPr>
      <w:r>
        <w:t>Uczeń nazywa podstawowe części ciała i wskazuje ich znaczenie w codziennym funkcjonowaniu.</w:t>
      </w:r>
    </w:p>
    <w:p w14:paraId="140F78DA" w14:textId="77777777" w:rsidR="000F41D8" w:rsidRDefault="00000000">
      <w:pPr>
        <w:pStyle w:val="Listapunktowana"/>
      </w:pPr>
      <w:r>
        <w:t>Uczeń stosuje podstawowe zasady higieny osobistej i higieny jamy ustnej.</w:t>
      </w:r>
    </w:p>
    <w:p w14:paraId="309C0549" w14:textId="77777777" w:rsidR="000F41D8" w:rsidRDefault="00000000">
      <w:pPr>
        <w:pStyle w:val="Listapunktowana"/>
      </w:pPr>
      <w:r>
        <w:t>Uczeń rozpoznaje znaczenie snu, odpoczynku, ruchu, nawodnienia i zbilansowanego odżywiania dla zdrowia.</w:t>
      </w:r>
    </w:p>
    <w:p w14:paraId="6C837CEF" w14:textId="77777777" w:rsidR="000F41D8" w:rsidRDefault="00000000">
      <w:pPr>
        <w:pStyle w:val="Listapunktowana"/>
      </w:pPr>
      <w:r>
        <w:t>Uczeń wskazuje zachowania sprzyjające zdrowiu i bezpieczeństwu.</w:t>
      </w:r>
    </w:p>
    <w:p w14:paraId="0B5CDE9B" w14:textId="77777777" w:rsidR="000F41D8" w:rsidRDefault="00000000">
      <w:pPr>
        <w:pStyle w:val="Nagwek3"/>
      </w:pPr>
      <w:r>
        <w:t>Badanie i bezpieczeństwo</w:t>
      </w:r>
    </w:p>
    <w:p w14:paraId="04D48481" w14:textId="77777777" w:rsidR="000F41D8" w:rsidRDefault="00000000">
      <w:pPr>
        <w:pStyle w:val="Listapunktowana"/>
      </w:pPr>
      <w:r>
        <w:t>Uczeń formułuje proste pytanie dotyczące obserwowanego zjawiska.</w:t>
      </w:r>
    </w:p>
    <w:p w14:paraId="67EBF212" w14:textId="77777777" w:rsidR="000F41D8" w:rsidRDefault="00000000">
      <w:pPr>
        <w:pStyle w:val="Listapunktowana"/>
      </w:pPr>
      <w:r>
        <w:t>Uczeń przewiduje prosty wynik doświadczenia, uczestniczy w jego wykonaniu i porównuje wynik z przewidywaniem.</w:t>
      </w:r>
    </w:p>
    <w:p w14:paraId="61B298FE" w14:textId="77777777" w:rsidR="000F41D8" w:rsidRDefault="00000000">
      <w:pPr>
        <w:pStyle w:val="Listapunktowana"/>
      </w:pPr>
      <w:r>
        <w:t>Uczeń wykorzystuje proste przyrządy, np. termometr, lupę, wagę lub linijkę, zgodnie z instrukcją.</w:t>
      </w:r>
    </w:p>
    <w:p w14:paraId="1BA43D2A" w14:textId="77777777" w:rsidR="000F41D8" w:rsidRDefault="00000000">
      <w:pPr>
        <w:pStyle w:val="Listapunktowana"/>
      </w:pPr>
      <w:r>
        <w:t>Uczeń rozpoznaje podstawowe zagrożenia związane z pogodą, ruchem drogowym, roślinami, zwierzętami i substancjami oraz wie, kiedy należy zwrócić się do osoby dorosłej.</w:t>
      </w:r>
    </w:p>
    <w:p w14:paraId="06CB3586" w14:textId="77777777" w:rsidR="000F41D8" w:rsidRDefault="00000000">
      <w:pPr>
        <w:pStyle w:val="Listapunktowana"/>
      </w:pPr>
      <w:r>
        <w:t>Uczeń oszczędza wodę, energię i materiały oraz podejmuje proste działania na rzecz środowiska.</w:t>
      </w:r>
    </w:p>
    <w:p w14:paraId="3CD1112C" w14:textId="77777777" w:rsidR="000F41D8" w:rsidRDefault="00000000">
      <w:pPr>
        <w:pStyle w:val="Nagwek2"/>
      </w:pPr>
      <w:r>
        <w:t>D. Edukacja społeczna</w:t>
      </w:r>
    </w:p>
    <w:p w14:paraId="3B8CA75E" w14:textId="77777777" w:rsidR="000F41D8" w:rsidRDefault="00000000">
      <w:pPr>
        <w:pStyle w:val="Nagwek3"/>
      </w:pPr>
      <w:r>
        <w:t>Ja, emocje i samodzielność</w:t>
      </w:r>
    </w:p>
    <w:p w14:paraId="1DFD8795" w14:textId="77777777" w:rsidR="000F41D8" w:rsidRDefault="00000000">
      <w:pPr>
        <w:pStyle w:val="Listapunktowana"/>
      </w:pPr>
      <w:r>
        <w:t>Uczeń potrafi powiedzieć o swoich mocnych stronach, zainteresowaniach i trudnościach.</w:t>
      </w:r>
    </w:p>
    <w:p w14:paraId="22472F14" w14:textId="77777777" w:rsidR="000F41D8" w:rsidRDefault="00000000">
      <w:pPr>
        <w:pStyle w:val="Listapunktowana"/>
      </w:pPr>
      <w:r>
        <w:t>Uczeń nazywa podstawowe emocje i komunikuje swoje potrzeby.</w:t>
      </w:r>
    </w:p>
    <w:p w14:paraId="1FE5E4D7" w14:textId="77777777" w:rsidR="000F41D8" w:rsidRDefault="00000000">
      <w:pPr>
        <w:pStyle w:val="Listapunktowana"/>
      </w:pPr>
      <w:r>
        <w:t>Uczeń korzysta z poznanych sposobów radzenia sobie z trudnością, stresem lub porażką i potrafi poprosić o pomoc.</w:t>
      </w:r>
    </w:p>
    <w:p w14:paraId="5188C606" w14:textId="77777777" w:rsidR="000F41D8" w:rsidRDefault="00000000">
      <w:pPr>
        <w:pStyle w:val="Listapunktowana"/>
      </w:pPr>
      <w:r>
        <w:t>Uczeń podejmuje prostą samoocenę i korzysta z informacji zwrotnej, aby poprawić swoje działanie.</w:t>
      </w:r>
    </w:p>
    <w:p w14:paraId="0721BDAF" w14:textId="77777777" w:rsidR="000F41D8" w:rsidRDefault="00000000">
      <w:pPr>
        <w:pStyle w:val="Nagwek3"/>
      </w:pPr>
      <w:r>
        <w:t>Relacje i współpraca</w:t>
      </w:r>
    </w:p>
    <w:p w14:paraId="34768C76" w14:textId="77777777" w:rsidR="000F41D8" w:rsidRDefault="00000000">
      <w:pPr>
        <w:pStyle w:val="Listapunktowana"/>
      </w:pPr>
      <w:r>
        <w:t>Uczeń stosuje zasady obowiązujące w klasie i szkole.</w:t>
      </w:r>
    </w:p>
    <w:p w14:paraId="42F752F3" w14:textId="77777777" w:rsidR="000F41D8" w:rsidRDefault="00000000">
      <w:pPr>
        <w:pStyle w:val="Listapunktowana"/>
      </w:pPr>
      <w:r>
        <w:t>Uczeń współpracuje w parze i małej grupie, dzieli się zadaniami i respektuje ustalenia.</w:t>
      </w:r>
    </w:p>
    <w:p w14:paraId="25360414" w14:textId="77777777" w:rsidR="000F41D8" w:rsidRDefault="00000000">
      <w:pPr>
        <w:pStyle w:val="Listapunktowana"/>
      </w:pPr>
      <w:r>
        <w:t>Uczeń okazuje szacunek innym, w tym osobom o innych potrzebach i możliwościach.</w:t>
      </w:r>
    </w:p>
    <w:p w14:paraId="244737E7" w14:textId="77777777" w:rsidR="000F41D8" w:rsidRDefault="00000000">
      <w:pPr>
        <w:pStyle w:val="Listapunktowana"/>
      </w:pPr>
      <w:r>
        <w:t>Uczeń rozpoznaje zachowania naruszające granice i wie, do kogo zwrócić się o pomoc.</w:t>
      </w:r>
    </w:p>
    <w:p w14:paraId="5B385B14" w14:textId="77777777" w:rsidR="000F41D8" w:rsidRDefault="00000000">
      <w:pPr>
        <w:pStyle w:val="Listapunktowana"/>
      </w:pPr>
      <w:r>
        <w:t>Uczeń podejmuje próby pokojowego rozwiązywania prostych konfliktów.</w:t>
      </w:r>
    </w:p>
    <w:p w14:paraId="1C0AF705" w14:textId="77777777" w:rsidR="000F41D8" w:rsidRDefault="00000000">
      <w:pPr>
        <w:pStyle w:val="Nagwek3"/>
      </w:pPr>
      <w:r>
        <w:lastRenderedPageBreak/>
        <w:t>Rodzina, szkoła i wspólnota</w:t>
      </w:r>
    </w:p>
    <w:p w14:paraId="6BB32BBE" w14:textId="77777777" w:rsidR="000F41D8" w:rsidRDefault="00000000">
      <w:pPr>
        <w:pStyle w:val="Listapunktowana"/>
      </w:pPr>
      <w:r>
        <w:t>Uczeń rozpoznaje członków swojej rodziny i opisuje wybrane role oraz obowiązki.</w:t>
      </w:r>
    </w:p>
    <w:p w14:paraId="53A20950" w14:textId="77777777" w:rsidR="000F41D8" w:rsidRDefault="00000000">
      <w:pPr>
        <w:pStyle w:val="Listapunktowana"/>
      </w:pPr>
      <w:r>
        <w:t>Uczeń zna podstawowe prawa i obowiązki ucznia i stosuje je w codziennym funkcjonowaniu.</w:t>
      </w:r>
    </w:p>
    <w:p w14:paraId="0A4C347B" w14:textId="77777777" w:rsidR="000F41D8" w:rsidRDefault="00000000">
      <w:pPr>
        <w:pStyle w:val="Listapunktowana"/>
      </w:pPr>
      <w:r>
        <w:t>Uczeń zna najbliższe otoczenie szkoły i miejscowości oraz rozpoznaje wybrane elementy lokalnej tradycji.</w:t>
      </w:r>
    </w:p>
    <w:p w14:paraId="2886142C" w14:textId="77777777" w:rsidR="000F41D8" w:rsidRDefault="00000000">
      <w:pPr>
        <w:pStyle w:val="Listapunktowana"/>
      </w:pPr>
      <w:r>
        <w:t>Uczeń uczestniczy w prostych działaniach na rzecz klasy, szkoły lub najbliższej społeczności.</w:t>
      </w:r>
    </w:p>
    <w:p w14:paraId="3AC0AC62" w14:textId="77777777" w:rsidR="000F41D8" w:rsidRDefault="00000000">
      <w:pPr>
        <w:pStyle w:val="Nagwek3"/>
      </w:pPr>
      <w:r>
        <w:t>Tożsamość narodowa i podstawy obywatelskie</w:t>
      </w:r>
    </w:p>
    <w:p w14:paraId="0CA2019F" w14:textId="77777777" w:rsidR="000F41D8" w:rsidRDefault="00000000">
      <w:pPr>
        <w:pStyle w:val="Listapunktowana"/>
      </w:pPr>
      <w:r>
        <w:t>Uczeń rozpoznaje flagę, godło i hymn Polski oraz zachowuje się odpowiednio podczas hymnu.</w:t>
      </w:r>
    </w:p>
    <w:p w14:paraId="3E24F852" w14:textId="77777777" w:rsidR="000F41D8" w:rsidRDefault="00000000">
      <w:pPr>
        <w:pStyle w:val="Listapunktowana"/>
      </w:pPr>
      <w:r>
        <w:t>Uczeń zna wybrane święta państwowe i tradycje lokalne.</w:t>
      </w:r>
    </w:p>
    <w:p w14:paraId="2B57272D" w14:textId="77777777" w:rsidR="000F41D8" w:rsidRDefault="00000000">
      <w:pPr>
        <w:pStyle w:val="Listapunktowana"/>
      </w:pPr>
      <w:r>
        <w:t>Uczeń rozumie w prostych sytuacjach, że prawa wiążą się z obowiązkami.</w:t>
      </w:r>
    </w:p>
    <w:p w14:paraId="4986A477" w14:textId="77777777" w:rsidR="000F41D8" w:rsidRDefault="00000000">
      <w:pPr>
        <w:pStyle w:val="Listapunktowana"/>
      </w:pPr>
      <w:r>
        <w:t>Uczeń rozpoznaje podstawowe zasady wspólnego podejmowania decyzji, np. głosowanie nad wyborem zabawy lub sposobu wykonania zadania.</w:t>
      </w:r>
    </w:p>
    <w:p w14:paraId="4D604F22" w14:textId="77777777" w:rsidR="000F41D8" w:rsidRDefault="00000000">
      <w:pPr>
        <w:pStyle w:val="Nagwek3"/>
      </w:pPr>
      <w:r>
        <w:t>Ekonomia w codziennym życiu</w:t>
      </w:r>
    </w:p>
    <w:p w14:paraId="02C8A665" w14:textId="77777777" w:rsidR="000F41D8" w:rsidRDefault="00000000">
      <w:pPr>
        <w:pStyle w:val="Listapunktowana"/>
      </w:pPr>
      <w:r>
        <w:t>Uczeń rozpoznaje polskie monety i banknoty oraz rozumie, że pieniądze są ograniczonym zasobem.</w:t>
      </w:r>
    </w:p>
    <w:p w14:paraId="66A41867" w14:textId="77777777" w:rsidR="000F41D8" w:rsidRDefault="00000000">
      <w:pPr>
        <w:pStyle w:val="Listapunktowana"/>
      </w:pPr>
      <w:r>
        <w:t>Uczeń tworzy prostą listę zakupów i rozróżnia potrzeby od zachcianek.</w:t>
      </w:r>
    </w:p>
    <w:p w14:paraId="40490B9A" w14:textId="77777777" w:rsidR="000F41D8" w:rsidRDefault="00000000">
      <w:pPr>
        <w:pStyle w:val="Listapunktowana"/>
      </w:pPr>
      <w:r>
        <w:t>Uczeń rozpoznaje wpływ reklamy lub innych osób na prostą decyzję zakupową.</w:t>
      </w:r>
    </w:p>
    <w:p w14:paraId="4D4ED7CE" w14:textId="77777777" w:rsidR="000F41D8" w:rsidRDefault="00000000">
      <w:pPr>
        <w:pStyle w:val="Listapunktowana"/>
      </w:pPr>
      <w:r>
        <w:t>Uczeń wskazuje przykłady oszczędzania i rozumie, że pieniądze mogą być przechowywane w instytucjach finansowych.</w:t>
      </w:r>
    </w:p>
    <w:p w14:paraId="64B9D0E7" w14:textId="77777777" w:rsidR="000F41D8" w:rsidRDefault="00000000">
      <w:pPr>
        <w:pStyle w:val="Nagwek2"/>
      </w:pPr>
      <w:r>
        <w:t>E. Edukacja artystyczna – plastyka, muzyka i działania teatralne</w:t>
      </w:r>
    </w:p>
    <w:p w14:paraId="47900A4E" w14:textId="77777777" w:rsidR="000F41D8" w:rsidRDefault="00000000">
      <w:pPr>
        <w:pStyle w:val="Nagwek3"/>
      </w:pPr>
      <w:r>
        <w:t>Percepcja sztuki</w:t>
      </w:r>
    </w:p>
    <w:p w14:paraId="7BE82ABF" w14:textId="77777777" w:rsidR="000F41D8" w:rsidRDefault="00000000">
      <w:pPr>
        <w:pStyle w:val="Listapunktowana"/>
      </w:pPr>
      <w:r>
        <w:t>Uczeń rozpoznaje podstawowe środki wyrazu plastycznego: barwę, linię, kształt i fakturę.</w:t>
      </w:r>
    </w:p>
    <w:p w14:paraId="14BCEE7B" w14:textId="77777777" w:rsidR="000F41D8" w:rsidRDefault="00000000">
      <w:pPr>
        <w:pStyle w:val="Listapunktowana"/>
      </w:pPr>
      <w:r>
        <w:t>Uczeń nazywa emocje wywoływane przez oglądane dzieło.</w:t>
      </w:r>
    </w:p>
    <w:p w14:paraId="2F15995C" w14:textId="77777777" w:rsidR="000F41D8" w:rsidRDefault="00000000">
      <w:pPr>
        <w:pStyle w:val="Listapunktowana"/>
      </w:pPr>
      <w:r>
        <w:t>Uczeń opisuje wybrane obrazy, ilustracje, fotografie, rzeźby lub filmy, korzystając z prostych określeń.</w:t>
      </w:r>
    </w:p>
    <w:p w14:paraId="6AA92C7F" w14:textId="77777777" w:rsidR="000F41D8" w:rsidRDefault="00000000">
      <w:pPr>
        <w:pStyle w:val="Listapunktowana"/>
      </w:pPr>
      <w:r>
        <w:t>Uczeń porównuje dwa dzieła według prostego kryterium, np. barwy lub nastroju.</w:t>
      </w:r>
    </w:p>
    <w:p w14:paraId="771CE850" w14:textId="77777777" w:rsidR="000F41D8" w:rsidRDefault="00000000">
      <w:pPr>
        <w:pStyle w:val="Nagwek3"/>
      </w:pPr>
      <w:r>
        <w:t>Twórczość plastyczna</w:t>
      </w:r>
    </w:p>
    <w:p w14:paraId="2B093FA6" w14:textId="77777777" w:rsidR="000F41D8" w:rsidRDefault="00000000">
      <w:pPr>
        <w:pStyle w:val="Listapunktowana"/>
      </w:pPr>
      <w:r>
        <w:t>Uczeń wykonuje pracę z wykorzystaniem rysowania, malowania, wycinania, lepienia, konstruowania lub innych dostępnych technik.</w:t>
      </w:r>
    </w:p>
    <w:p w14:paraId="1CDB7D14" w14:textId="77777777" w:rsidR="000F41D8" w:rsidRDefault="00000000">
      <w:pPr>
        <w:pStyle w:val="Listapunktowana"/>
      </w:pPr>
      <w:r>
        <w:t>Uczeń bezpiecznie posługuje się materiałami i podstawowymi narzędziami.</w:t>
      </w:r>
    </w:p>
    <w:p w14:paraId="2B5A1D77" w14:textId="77777777" w:rsidR="000F41D8" w:rsidRDefault="00000000">
      <w:pPr>
        <w:pStyle w:val="Listapunktowana"/>
      </w:pPr>
      <w:r>
        <w:t>Uczeń podejmuje samodzielne decyzje dotyczące kolorów, kształtów, materiałów i sposobu wykonania.</w:t>
      </w:r>
    </w:p>
    <w:p w14:paraId="3B2936B9" w14:textId="77777777" w:rsidR="000F41D8" w:rsidRDefault="00000000">
      <w:pPr>
        <w:pStyle w:val="Listapunktowana"/>
      </w:pPr>
      <w:r>
        <w:t>Uczeń potrafi opowiedzieć o swojej pracy i wskazać, co chciał przez nią wyrazić.</w:t>
      </w:r>
    </w:p>
    <w:p w14:paraId="37251E8A" w14:textId="77777777" w:rsidR="000F41D8" w:rsidRDefault="00000000">
      <w:pPr>
        <w:pStyle w:val="Nagwek3"/>
      </w:pPr>
      <w:r>
        <w:t>Muzyka, rytm i ruch</w:t>
      </w:r>
    </w:p>
    <w:p w14:paraId="26116AFA" w14:textId="77777777" w:rsidR="000F41D8" w:rsidRDefault="00000000">
      <w:pPr>
        <w:pStyle w:val="Listapunktowana"/>
      </w:pPr>
      <w:r>
        <w:t>Uczeń śpiewa poznane piosenki, zachowując podstawowy rytm i melodię na miarę swoich możliwości.</w:t>
      </w:r>
    </w:p>
    <w:p w14:paraId="0541C04E" w14:textId="77777777" w:rsidR="000F41D8" w:rsidRDefault="00000000">
      <w:pPr>
        <w:pStyle w:val="Listapunktowana"/>
      </w:pPr>
      <w:r>
        <w:t>Uczeń reaguje ruchem na tempo, rytm i charakter muzyki.</w:t>
      </w:r>
    </w:p>
    <w:p w14:paraId="467B2EC0" w14:textId="77777777" w:rsidR="000F41D8" w:rsidRDefault="00000000">
      <w:pPr>
        <w:pStyle w:val="Listapunktowana"/>
      </w:pPr>
      <w:r>
        <w:t>Uczeń odtwarza proste rytmy i wykonuje je na instrumentach perkusyjnych lub przedmiotach codziennego użytku.</w:t>
      </w:r>
    </w:p>
    <w:p w14:paraId="7EBD6159" w14:textId="77777777" w:rsidR="000F41D8" w:rsidRDefault="00000000">
      <w:pPr>
        <w:pStyle w:val="Listapunktowana"/>
      </w:pPr>
      <w:r>
        <w:t>Uczeń tworzy prosty rytm lub akompaniament i prezentuje go indywidualnie lub w grupie.</w:t>
      </w:r>
    </w:p>
    <w:p w14:paraId="424C9F39" w14:textId="77777777" w:rsidR="000F41D8" w:rsidRDefault="00000000">
      <w:pPr>
        <w:pStyle w:val="Nagwek3"/>
      </w:pPr>
      <w:r>
        <w:t>Teatr i ekspresja</w:t>
      </w:r>
    </w:p>
    <w:p w14:paraId="10852C58" w14:textId="77777777" w:rsidR="000F41D8" w:rsidRDefault="00000000">
      <w:pPr>
        <w:pStyle w:val="Listapunktowana"/>
      </w:pPr>
      <w:r>
        <w:t>Uczeń uczestniczy w krótkiej scence lub zabawie dramowej.</w:t>
      </w:r>
    </w:p>
    <w:p w14:paraId="6002EF41" w14:textId="77777777" w:rsidR="000F41D8" w:rsidRDefault="00000000">
      <w:pPr>
        <w:pStyle w:val="Listapunktowana"/>
      </w:pPr>
      <w:r>
        <w:lastRenderedPageBreak/>
        <w:t>Uczeń wykorzystuje głos, ruch, rekwizyt i gest do wyrażenia emocji lub roli.</w:t>
      </w:r>
    </w:p>
    <w:p w14:paraId="6BA16ECC" w14:textId="77777777" w:rsidR="000F41D8" w:rsidRDefault="00000000">
      <w:pPr>
        <w:pStyle w:val="Listapunktowana"/>
      </w:pPr>
      <w:r>
        <w:t>Uczeń współpracuje z innymi podczas tworzenia prostej scenki inspirowanej literaturą lub codziennym doświadczeniem.</w:t>
      </w:r>
    </w:p>
    <w:p w14:paraId="2B246E50" w14:textId="77777777" w:rsidR="000F41D8" w:rsidRDefault="00000000">
      <w:pPr>
        <w:pStyle w:val="Listapunktowana"/>
      </w:pPr>
      <w:r>
        <w:t>Uczeń podejmuje samodzielną próbę interpretacji prostego tekstu kultury za pomocą ruchu, głosu lub obrazu.</w:t>
      </w:r>
    </w:p>
    <w:p w14:paraId="2FA8C39D" w14:textId="77777777" w:rsidR="000F41D8" w:rsidRDefault="00000000">
      <w:pPr>
        <w:pStyle w:val="Nagwek2"/>
      </w:pPr>
      <w:r>
        <w:t>F. Edukacja techniczna i informatyczna/cyfrowa</w:t>
      </w:r>
    </w:p>
    <w:p w14:paraId="78651BA0" w14:textId="77777777" w:rsidR="000F41D8" w:rsidRDefault="00000000">
      <w:pPr>
        <w:pStyle w:val="Nagwek3"/>
      </w:pPr>
      <w:r>
        <w:t>Bezpieczeństwo i technika</w:t>
      </w:r>
    </w:p>
    <w:p w14:paraId="59E1AECD" w14:textId="77777777" w:rsidR="000F41D8" w:rsidRDefault="00000000">
      <w:pPr>
        <w:pStyle w:val="Listapunktowana"/>
      </w:pPr>
      <w:r>
        <w:t>Uczeń przygotowuje stanowisko pracy i utrzymuje na nim porządek.</w:t>
      </w:r>
    </w:p>
    <w:p w14:paraId="41FBDB0B" w14:textId="77777777" w:rsidR="000F41D8" w:rsidRDefault="00000000">
      <w:pPr>
        <w:pStyle w:val="Listapunktowana"/>
      </w:pPr>
      <w:r>
        <w:t>Uczeń bezpiecznie posługuje się prostymi narzędziami, np. nożyczkami, igłą do prac ręcznych, młotkiem lub śrubokrętem – odpowiednio do zadania i pod nadzorem.</w:t>
      </w:r>
    </w:p>
    <w:p w14:paraId="760F1666" w14:textId="77777777" w:rsidR="000F41D8" w:rsidRDefault="00000000">
      <w:pPr>
        <w:pStyle w:val="Listapunktowana"/>
      </w:pPr>
      <w:r>
        <w:t>Uczeń dobiera podstawowe materiały do prostego zadania technicznego.</w:t>
      </w:r>
    </w:p>
    <w:p w14:paraId="3BDB4C5A" w14:textId="77777777" w:rsidR="000F41D8" w:rsidRDefault="00000000">
      <w:pPr>
        <w:pStyle w:val="Listapunktowana"/>
      </w:pPr>
      <w:r>
        <w:t>Uczeń planuje kolejne etapy prostej pracy, wykonuje ją i ocenia rezultat.</w:t>
      </w:r>
    </w:p>
    <w:p w14:paraId="670CF7ED" w14:textId="77777777" w:rsidR="000F41D8" w:rsidRDefault="00000000">
      <w:pPr>
        <w:pStyle w:val="Listapunktowana"/>
      </w:pPr>
      <w:r>
        <w:t>Uczeń rozpoznaje sytuacje niebezpieczne i zna podstawowe numery alarmowe oraz sposób wezwania pomocy.</w:t>
      </w:r>
    </w:p>
    <w:p w14:paraId="77903A20" w14:textId="77777777" w:rsidR="000F41D8" w:rsidRDefault="00000000">
      <w:pPr>
        <w:pStyle w:val="Nagwek3"/>
      </w:pPr>
      <w:r>
        <w:t>Konstruowanie i rozwiązywanie problemów</w:t>
      </w:r>
    </w:p>
    <w:p w14:paraId="7312E791" w14:textId="77777777" w:rsidR="000F41D8" w:rsidRDefault="00000000">
      <w:pPr>
        <w:pStyle w:val="Listapunktowana"/>
      </w:pPr>
      <w:r>
        <w:t>Uczeń składa, łączy lub buduje prosty przedmiot według instrukcji lub własnego pomysłu.</w:t>
      </w:r>
    </w:p>
    <w:p w14:paraId="374A8EF3" w14:textId="77777777" w:rsidR="000F41D8" w:rsidRDefault="00000000">
      <w:pPr>
        <w:pStyle w:val="Listapunktowana"/>
      </w:pPr>
      <w:r>
        <w:t>Uczeń wykorzystuje materiały w sposób oszczędny i próbuje ponownie wykorzystać dostępne elementy.</w:t>
      </w:r>
    </w:p>
    <w:p w14:paraId="425AE20F" w14:textId="77777777" w:rsidR="000F41D8" w:rsidRDefault="00000000">
      <w:pPr>
        <w:pStyle w:val="Listapunktowana"/>
      </w:pPr>
      <w:r>
        <w:t>Uczeń dostrzega, co nie działa w prostym modelu, i podejmuje próbę poprawy.</w:t>
      </w:r>
    </w:p>
    <w:p w14:paraId="339F34DD" w14:textId="77777777" w:rsidR="000F41D8" w:rsidRDefault="00000000">
      <w:pPr>
        <w:pStyle w:val="Listapunktowana"/>
      </w:pPr>
      <w:r>
        <w:t>Uczeń wyjaśnia prostą zależność przyczynowo-skutkową w wykonanym zadaniu technicznym.</w:t>
      </w:r>
    </w:p>
    <w:p w14:paraId="7DBBCCD6" w14:textId="77777777" w:rsidR="000F41D8" w:rsidRDefault="00000000">
      <w:pPr>
        <w:pStyle w:val="Nagwek3"/>
      </w:pPr>
      <w:r>
        <w:t>Urządzenia cyfrowe</w:t>
      </w:r>
    </w:p>
    <w:p w14:paraId="28AE23AE" w14:textId="77777777" w:rsidR="000F41D8" w:rsidRDefault="00000000">
      <w:pPr>
        <w:pStyle w:val="Listapunktowana"/>
      </w:pPr>
      <w:r>
        <w:t>Uczeń prawidłowo uruchamia i kończy pracę z urządzeniem zgodnie z instrukcją.</w:t>
      </w:r>
    </w:p>
    <w:p w14:paraId="3B9BA074" w14:textId="77777777" w:rsidR="000F41D8" w:rsidRDefault="00000000">
      <w:pPr>
        <w:pStyle w:val="Listapunktowana"/>
      </w:pPr>
      <w:r>
        <w:t>Uczeń posługuje się podstawowymi funkcjami klawiatury, myszy, ekranu dotykowego lub prostego programu edukacyjnego.</w:t>
      </w:r>
    </w:p>
    <w:p w14:paraId="5C675E9A" w14:textId="77777777" w:rsidR="000F41D8" w:rsidRDefault="00000000">
      <w:pPr>
        <w:pStyle w:val="Listapunktowana"/>
      </w:pPr>
      <w:r>
        <w:t>Uczeń tworzy prostą treść cyfrową, np. krótki tekst, rysunek, układ symboli lub prostą prezentację, adekwatnie do możliwości.</w:t>
      </w:r>
    </w:p>
    <w:p w14:paraId="04A51955" w14:textId="77777777" w:rsidR="000F41D8" w:rsidRDefault="00000000">
      <w:pPr>
        <w:pStyle w:val="Listapunktowana"/>
      </w:pPr>
      <w:r>
        <w:t>Uczeń stosuje zasady ergonomii, higieny cyfrowej i bezpiecznego korzystania z urządzeń.</w:t>
      </w:r>
    </w:p>
    <w:p w14:paraId="4CC98E1F" w14:textId="77777777" w:rsidR="000F41D8" w:rsidRDefault="00000000">
      <w:pPr>
        <w:pStyle w:val="Nagwek3"/>
      </w:pPr>
      <w:r>
        <w:t>Bezpieczeństwo w sieci i prywatność</w:t>
      </w:r>
    </w:p>
    <w:p w14:paraId="6B5E1699" w14:textId="77777777" w:rsidR="000F41D8" w:rsidRDefault="00000000">
      <w:pPr>
        <w:pStyle w:val="Listapunktowana"/>
      </w:pPr>
      <w:r>
        <w:t>Uczeń wie, że nie należy udostępniać obcym osobom swoich danych i zdjęć bez zgody osoby dorosłej.</w:t>
      </w:r>
    </w:p>
    <w:p w14:paraId="1395D589" w14:textId="77777777" w:rsidR="000F41D8" w:rsidRDefault="00000000">
      <w:pPr>
        <w:pStyle w:val="Listapunktowana"/>
      </w:pPr>
      <w:r>
        <w:t>Uczeń rozpoznaje, że nie każda wiadomość lub informacja w internecie jest bezpieczna i prawdziwa.</w:t>
      </w:r>
    </w:p>
    <w:p w14:paraId="762D963F" w14:textId="77777777" w:rsidR="000F41D8" w:rsidRDefault="00000000">
      <w:pPr>
        <w:pStyle w:val="Listapunktowana"/>
      </w:pPr>
      <w:r>
        <w:t>Uczeń wie, że w sytuacji niepokojącego kontaktu w sieci należy przerwać kontakt i powiedzieć o tym zaufanej osobie dorosłej.</w:t>
      </w:r>
    </w:p>
    <w:p w14:paraId="4DE9F8E7" w14:textId="77777777" w:rsidR="000F41D8" w:rsidRDefault="00000000">
      <w:pPr>
        <w:pStyle w:val="Listapunktowana"/>
      </w:pPr>
      <w:r>
        <w:t>Uczeń rozumie, że korzystanie z technologii powinno służyć określonemu celowi i nie może zastępować odpoczynku, ruchu i kontaktu z ludźmi.</w:t>
      </w:r>
    </w:p>
    <w:p w14:paraId="23FEA63D" w14:textId="77777777" w:rsidR="000F41D8" w:rsidRDefault="00000000">
      <w:pPr>
        <w:pStyle w:val="Nagwek3"/>
      </w:pPr>
      <w:r>
        <w:t>Myślenie logiczne i algorytmiczne</w:t>
      </w:r>
    </w:p>
    <w:p w14:paraId="7B3C3059" w14:textId="77777777" w:rsidR="000F41D8" w:rsidRDefault="00000000">
      <w:pPr>
        <w:pStyle w:val="Listapunktowana"/>
      </w:pPr>
      <w:r>
        <w:t>Uczeń układa czynności w odpowiedniej kolejności.</w:t>
      </w:r>
    </w:p>
    <w:p w14:paraId="4F17BD64" w14:textId="77777777" w:rsidR="000F41D8" w:rsidRDefault="00000000">
      <w:pPr>
        <w:pStyle w:val="Listapunktowana"/>
      </w:pPr>
      <w:r>
        <w:t>Uczeń wykonuje prostą instrukcję krok po kroku.</w:t>
      </w:r>
    </w:p>
    <w:p w14:paraId="5CC9974B" w14:textId="77777777" w:rsidR="000F41D8" w:rsidRDefault="00000000">
      <w:pPr>
        <w:pStyle w:val="Listapunktowana"/>
      </w:pPr>
      <w:r>
        <w:t>Uczeń znajduje błąd w prostym ciągu czynności i proponuje poprawkę.</w:t>
      </w:r>
    </w:p>
    <w:p w14:paraId="3CBDFCA7" w14:textId="77777777" w:rsidR="000F41D8" w:rsidRDefault="00000000">
      <w:pPr>
        <w:pStyle w:val="Listapunktowana"/>
      </w:pPr>
      <w:r>
        <w:t>Uczeń tworzy prosty algorytm lub instrukcję dla rówieśnika, wykorzystując symbole, słowa lub ruch.</w:t>
      </w:r>
    </w:p>
    <w:p w14:paraId="5F92556D" w14:textId="77777777" w:rsidR="000F41D8" w:rsidRDefault="00000000">
      <w:pPr>
        <w:pStyle w:val="Nagwek2"/>
      </w:pPr>
      <w:r>
        <w:lastRenderedPageBreak/>
        <w:t>G. Wychowanie fizyczne</w:t>
      </w:r>
    </w:p>
    <w:p w14:paraId="0BE430BC" w14:textId="77777777" w:rsidR="000F41D8" w:rsidRDefault="00000000">
      <w:pPr>
        <w:pStyle w:val="Nagwek3"/>
      </w:pPr>
      <w:r>
        <w:t>Podstawowe umiejętności ruchowe</w:t>
      </w:r>
    </w:p>
    <w:p w14:paraId="4C2E529F" w14:textId="77777777" w:rsidR="000F41D8" w:rsidRDefault="00000000">
      <w:pPr>
        <w:pStyle w:val="Listapunktowana"/>
      </w:pPr>
      <w:r>
        <w:t>Uczeń uczestniczy w codziennych aktywnościach ruchowych i wykonuje podstawowe formy ruchu: bieg, skok, rzut, chwyt, czworakowanie, pełzanie, toczenie.</w:t>
      </w:r>
    </w:p>
    <w:p w14:paraId="28246BB0" w14:textId="77777777" w:rsidR="000F41D8" w:rsidRDefault="00000000">
      <w:pPr>
        <w:pStyle w:val="Listapunktowana"/>
      </w:pPr>
      <w:r>
        <w:t>Uczeń wykonuje proste ćwiczenia ogólnorozwojowe zgodnie z instrukcją.</w:t>
      </w:r>
    </w:p>
    <w:p w14:paraId="1844152F" w14:textId="77777777" w:rsidR="000F41D8" w:rsidRDefault="00000000">
      <w:pPr>
        <w:pStyle w:val="Listapunktowana"/>
      </w:pPr>
      <w:r>
        <w:t>Uczeń rozwija koordynację wzrokowo-ruchową i orientację w przestrzeni.</w:t>
      </w:r>
    </w:p>
    <w:p w14:paraId="06ED622D" w14:textId="77777777" w:rsidR="000F41D8" w:rsidRDefault="00000000">
      <w:pPr>
        <w:pStyle w:val="Listapunktowana"/>
      </w:pPr>
      <w:r>
        <w:t>Uczeń dostrzega własny postęp w wybranych umiejętnościach ruchowych.</w:t>
      </w:r>
    </w:p>
    <w:p w14:paraId="5BDC115E" w14:textId="77777777" w:rsidR="000F41D8" w:rsidRDefault="00000000">
      <w:pPr>
        <w:pStyle w:val="Nagwek3"/>
      </w:pPr>
      <w:r>
        <w:t>Postawa, równowaga i bezpieczeństwo</w:t>
      </w:r>
    </w:p>
    <w:p w14:paraId="249325C2" w14:textId="77777777" w:rsidR="000F41D8" w:rsidRDefault="00000000">
      <w:pPr>
        <w:pStyle w:val="Listapunktowana"/>
      </w:pPr>
      <w:r>
        <w:t>Uczeń przyjmuje prawidłową postawę w podstawowych pozycjach.</w:t>
      </w:r>
    </w:p>
    <w:p w14:paraId="3C1C3874" w14:textId="77777777" w:rsidR="000F41D8" w:rsidRDefault="00000000">
      <w:pPr>
        <w:pStyle w:val="Listapunktowana"/>
      </w:pPr>
      <w:r>
        <w:t>Uczeń wykonuje proste ćwiczenia równoważne i koordynacyjne.</w:t>
      </w:r>
    </w:p>
    <w:p w14:paraId="21AE7DBA" w14:textId="77777777" w:rsidR="000F41D8" w:rsidRDefault="00000000">
      <w:pPr>
        <w:pStyle w:val="Listapunktowana"/>
      </w:pPr>
      <w:r>
        <w:t>Uczeń stosuje zasady bezpieczeństwa podczas zabaw, ćwiczeń i korzystania ze sprzętu.</w:t>
      </w:r>
    </w:p>
    <w:p w14:paraId="3E1A1C44" w14:textId="77777777" w:rsidR="000F41D8" w:rsidRDefault="00000000">
      <w:pPr>
        <w:pStyle w:val="Listapunktowana"/>
      </w:pPr>
      <w:r>
        <w:t>Uczeń reaguje na sygnały i polecenia nauczyciela oraz przestrzega zasad gier.</w:t>
      </w:r>
    </w:p>
    <w:p w14:paraId="0ABB326D" w14:textId="77777777" w:rsidR="000F41D8" w:rsidRDefault="00000000">
      <w:pPr>
        <w:pStyle w:val="Nagwek3"/>
      </w:pPr>
      <w:r>
        <w:t>Zabawy i gry</w:t>
      </w:r>
    </w:p>
    <w:p w14:paraId="4A8A2B48" w14:textId="77777777" w:rsidR="000F41D8" w:rsidRDefault="00000000">
      <w:pPr>
        <w:pStyle w:val="Listapunktowana"/>
      </w:pPr>
      <w:r>
        <w:t>Uczeń uczestniczy w zabawach i prostych grach ruchowych.</w:t>
      </w:r>
    </w:p>
    <w:p w14:paraId="31AB3F06" w14:textId="77777777" w:rsidR="000F41D8" w:rsidRDefault="00000000">
      <w:pPr>
        <w:pStyle w:val="Listapunktowana"/>
      </w:pPr>
      <w:r>
        <w:t>Uczeń respektuje ustalone zasady i kolejność działań.</w:t>
      </w:r>
    </w:p>
    <w:p w14:paraId="119DA92A" w14:textId="77777777" w:rsidR="000F41D8" w:rsidRDefault="00000000">
      <w:pPr>
        <w:pStyle w:val="Listapunktowana"/>
      </w:pPr>
      <w:r>
        <w:t>Uczeń współpracuje z partnerem lub zespołem.</w:t>
      </w:r>
    </w:p>
    <w:p w14:paraId="686F7DE2" w14:textId="77777777" w:rsidR="000F41D8" w:rsidRDefault="00000000">
      <w:pPr>
        <w:pStyle w:val="Listapunktowana"/>
      </w:pPr>
      <w:r>
        <w:t>Uczeń potrafi przyjąć wynik gry bez wyśmiewania innych i podejmuje kolejną próbę.</w:t>
      </w:r>
    </w:p>
    <w:p w14:paraId="183D27D6" w14:textId="77777777" w:rsidR="000F41D8" w:rsidRDefault="00000000">
      <w:pPr>
        <w:pStyle w:val="Nagwek3"/>
      </w:pPr>
      <w:r>
        <w:t>Aktywność i zdrowie</w:t>
      </w:r>
    </w:p>
    <w:p w14:paraId="7D2E0352" w14:textId="77777777" w:rsidR="000F41D8" w:rsidRDefault="00000000">
      <w:pPr>
        <w:pStyle w:val="Listapunktowana"/>
      </w:pPr>
      <w:r>
        <w:t>Uczeń rozumie, że ruch wpływa na zdrowie i samopoczucie.</w:t>
      </w:r>
    </w:p>
    <w:p w14:paraId="69426509" w14:textId="77777777" w:rsidR="000F41D8" w:rsidRDefault="00000000">
      <w:pPr>
        <w:pStyle w:val="Listapunktowana"/>
      </w:pPr>
      <w:r>
        <w:t>Uczeń podejmuje aktywność ruchową także na świeżym powietrzu.</w:t>
      </w:r>
    </w:p>
    <w:p w14:paraId="332AFB0A" w14:textId="77777777" w:rsidR="000F41D8" w:rsidRDefault="00000000">
      <w:pPr>
        <w:pStyle w:val="Listapunktowana"/>
      </w:pPr>
      <w:r>
        <w:t>Uczeń stosuje podstawowe zasady higieny po wysiłku.</w:t>
      </w:r>
    </w:p>
    <w:p w14:paraId="12ED7046" w14:textId="77777777" w:rsidR="000F41D8" w:rsidRDefault="00000000">
      <w:pPr>
        <w:pStyle w:val="Listapunktowana"/>
      </w:pPr>
      <w:r>
        <w:t>Uczeń potrafi wskazać proste sposoby dbania o regenerację, sen i odpoczynek.</w:t>
      </w:r>
    </w:p>
    <w:p w14:paraId="39F8E567" w14:textId="77777777" w:rsidR="000F41D8" w:rsidRDefault="00000000">
      <w:pPr>
        <w:pStyle w:val="Nagwek2"/>
      </w:pPr>
      <w:r>
        <w:t>H. Elementy edukacji zdrowotnej w edukacji zintegrowanej</w:t>
      </w:r>
    </w:p>
    <w:p w14:paraId="1C856E32" w14:textId="77777777" w:rsidR="000F41D8" w:rsidRDefault="00000000">
      <w:pPr>
        <w:pStyle w:val="Nagwek3"/>
      </w:pPr>
      <w:r>
        <w:t>Zdrowe nawyki</w:t>
      </w:r>
    </w:p>
    <w:p w14:paraId="45E13C78" w14:textId="77777777" w:rsidR="000F41D8" w:rsidRDefault="00000000">
      <w:pPr>
        <w:pStyle w:val="Listapunktowana"/>
      </w:pPr>
      <w:r>
        <w:t>Uczeń stosuje podstawowe zasady higieny osobistej i jamy ustnej.</w:t>
      </w:r>
    </w:p>
    <w:p w14:paraId="6CD9AC4C" w14:textId="77777777" w:rsidR="000F41D8" w:rsidRDefault="00000000">
      <w:pPr>
        <w:pStyle w:val="Listapunktowana"/>
      </w:pPr>
      <w:r>
        <w:t>Uczeń wskazuje produkty i zachowania sprzyjające zdrowiu oraz znaczenie regularnych posiłków i nawodnienia.</w:t>
      </w:r>
    </w:p>
    <w:p w14:paraId="75B3BE3E" w14:textId="77777777" w:rsidR="000F41D8" w:rsidRDefault="00000000">
      <w:pPr>
        <w:pStyle w:val="Listapunktowana"/>
      </w:pPr>
      <w:r>
        <w:t>Uczeń rozumie znaczenie codziennego ruchu, odpoczynku i snu.</w:t>
      </w:r>
    </w:p>
    <w:p w14:paraId="0B963A40" w14:textId="77777777" w:rsidR="000F41D8" w:rsidRDefault="00000000">
      <w:pPr>
        <w:pStyle w:val="Listapunktowana"/>
      </w:pPr>
      <w:r>
        <w:t>Uczeń podejmuje proste działania wspierające własne zdrowie i potrafi wyjaśnić ich cel.</w:t>
      </w:r>
    </w:p>
    <w:p w14:paraId="1D45681E" w14:textId="77777777" w:rsidR="000F41D8" w:rsidRDefault="00000000">
      <w:pPr>
        <w:pStyle w:val="Nagwek3"/>
      </w:pPr>
      <w:r>
        <w:t>Emocje i dobrostan</w:t>
      </w:r>
    </w:p>
    <w:p w14:paraId="0AB80997" w14:textId="77777777" w:rsidR="000F41D8" w:rsidRDefault="00000000">
      <w:pPr>
        <w:pStyle w:val="Listapunktowana"/>
      </w:pPr>
      <w:r>
        <w:t>Uczeń rozpoznaje i nazywa podstawowe emocje własne i innych osób.</w:t>
      </w:r>
    </w:p>
    <w:p w14:paraId="51548C4B" w14:textId="77777777" w:rsidR="000F41D8" w:rsidRDefault="00000000">
      <w:pPr>
        <w:pStyle w:val="Listapunktowana"/>
      </w:pPr>
      <w:r>
        <w:t>Uczeń komunikuje, że potrzebuje przerwy, pomocy lub rozmowy.</w:t>
      </w:r>
    </w:p>
    <w:p w14:paraId="3396FA0E" w14:textId="77777777" w:rsidR="000F41D8" w:rsidRDefault="00000000">
      <w:pPr>
        <w:pStyle w:val="Listapunktowana"/>
      </w:pPr>
      <w:r>
        <w:t>Uczeń korzysta z poznanych sposobów uspokojenia się i powrotu do zadania.</w:t>
      </w:r>
    </w:p>
    <w:p w14:paraId="4203B8A3" w14:textId="77777777" w:rsidR="000F41D8" w:rsidRDefault="00000000">
      <w:pPr>
        <w:pStyle w:val="Listapunktowana"/>
      </w:pPr>
      <w:r>
        <w:t>Uczeń dostrzega związek między snem, ruchem, relacjami, odpoczynkiem i samopoczuciem.</w:t>
      </w:r>
    </w:p>
    <w:p w14:paraId="23CF1EFB" w14:textId="77777777" w:rsidR="000F41D8" w:rsidRDefault="00000000">
      <w:pPr>
        <w:pStyle w:val="Nagwek3"/>
      </w:pPr>
      <w:r>
        <w:t>Relacje i bezpieczeństwo</w:t>
      </w:r>
    </w:p>
    <w:p w14:paraId="5BE44DE3" w14:textId="77777777" w:rsidR="000F41D8" w:rsidRDefault="00000000">
      <w:pPr>
        <w:pStyle w:val="Listapunktowana"/>
      </w:pPr>
      <w:r>
        <w:t>Uczeń stosuje zasady szacunku i poszanowania granic innych osób.</w:t>
      </w:r>
    </w:p>
    <w:p w14:paraId="608CDAF9" w14:textId="77777777" w:rsidR="000F41D8" w:rsidRDefault="00000000">
      <w:pPr>
        <w:pStyle w:val="Listapunktowana"/>
      </w:pPr>
      <w:r>
        <w:t>Uczeń wie, że w sytuacji zagrożenia powinien zwrócić się do zaufanej osoby dorosłej.</w:t>
      </w:r>
    </w:p>
    <w:p w14:paraId="16B976AC" w14:textId="77777777" w:rsidR="000F41D8" w:rsidRDefault="00000000">
      <w:pPr>
        <w:pStyle w:val="Listapunktowana"/>
      </w:pPr>
      <w:r>
        <w:t>Uczeń rozpoznaje zachowania niebezpieczne, presję rówieśniczą lub namawianie do łamania zasad i wie, jak zareagować.</w:t>
      </w:r>
    </w:p>
    <w:p w14:paraId="640A73C2" w14:textId="77777777" w:rsidR="000F41D8" w:rsidRDefault="00000000">
      <w:pPr>
        <w:pStyle w:val="Listapunktowana"/>
      </w:pPr>
      <w:r>
        <w:t>Uczeń potrafi wskazać osoby i miejsca, w których może otrzymać pomoc.</w:t>
      </w:r>
    </w:p>
    <w:p w14:paraId="0007BA10" w14:textId="77777777" w:rsidR="000F41D8" w:rsidRDefault="00000000">
      <w:pPr>
        <w:pStyle w:val="Nagwek2"/>
      </w:pPr>
      <w:r>
        <w:lastRenderedPageBreak/>
        <w:t>I. Język obcy nowożytny – w zakresie przewidzianym dla klasy I</w:t>
      </w:r>
    </w:p>
    <w:p w14:paraId="4379B075" w14:textId="77777777" w:rsidR="000F41D8" w:rsidRDefault="00000000">
      <w:pPr>
        <w:pStyle w:val="Nagwek3"/>
      </w:pPr>
      <w:r>
        <w:t>Rozumienie i reagowanie</w:t>
      </w:r>
    </w:p>
    <w:p w14:paraId="2E735EA2" w14:textId="77777777" w:rsidR="000F41D8" w:rsidRDefault="00000000">
      <w:pPr>
        <w:pStyle w:val="Listapunktowana"/>
      </w:pPr>
      <w:r>
        <w:t>Uczeń rozumie podstawowe polecenia nauczyciela wspierane gestem, obrazem lub kontekstem.</w:t>
      </w:r>
    </w:p>
    <w:p w14:paraId="1B024412" w14:textId="77777777" w:rsidR="000F41D8" w:rsidRDefault="00000000">
      <w:pPr>
        <w:pStyle w:val="Listapunktowana"/>
      </w:pPr>
      <w:r>
        <w:t>Uczeń reaguje na poznane zwroty i pytania.</w:t>
      </w:r>
    </w:p>
    <w:p w14:paraId="40FA2A80" w14:textId="77777777" w:rsidR="000F41D8" w:rsidRDefault="00000000">
      <w:pPr>
        <w:pStyle w:val="Listapunktowana"/>
      </w:pPr>
      <w:r>
        <w:t>Uczeń rozpoznaje podstawowe słowa i wyrażenia związane z codziennym życiem dziecka.</w:t>
      </w:r>
    </w:p>
    <w:p w14:paraId="583D40AC" w14:textId="77777777" w:rsidR="000F41D8" w:rsidRDefault="00000000">
      <w:pPr>
        <w:pStyle w:val="Nagwek3"/>
      </w:pPr>
      <w:r>
        <w:t>Mówienie</w:t>
      </w:r>
    </w:p>
    <w:p w14:paraId="40E6EDF6" w14:textId="77777777" w:rsidR="000F41D8" w:rsidRDefault="00000000">
      <w:pPr>
        <w:pStyle w:val="Listapunktowana"/>
      </w:pPr>
      <w:r>
        <w:t>Uczeń przedstawia się i podaje podstawowe informacje o sobie w zakresie ćwiczonym na zajęciach.</w:t>
      </w:r>
    </w:p>
    <w:p w14:paraId="7643CA49" w14:textId="77777777" w:rsidR="000F41D8" w:rsidRDefault="00000000">
      <w:pPr>
        <w:pStyle w:val="Listapunktowana"/>
      </w:pPr>
      <w:r>
        <w:t>Uczeń nazywa osoby, przedmioty, kolory, liczby, zwierzęta lub inne treści zgodne z programem klasy I.</w:t>
      </w:r>
    </w:p>
    <w:p w14:paraId="21B43D25" w14:textId="77777777" w:rsidR="000F41D8" w:rsidRDefault="00000000">
      <w:pPr>
        <w:pStyle w:val="Listapunktowana"/>
      </w:pPr>
      <w:r>
        <w:t>Uczeń uczestniczy w krótkich dialogach, piosenkach, rymowankach i zabawach językowych.</w:t>
      </w:r>
    </w:p>
    <w:p w14:paraId="1A9A7A34" w14:textId="77777777" w:rsidR="000F41D8" w:rsidRDefault="00000000">
      <w:pPr>
        <w:pStyle w:val="Nagwek3"/>
      </w:pPr>
      <w:r>
        <w:t>Uczenie się języka</w:t>
      </w:r>
    </w:p>
    <w:p w14:paraId="334ED47D" w14:textId="77777777" w:rsidR="000F41D8" w:rsidRDefault="00000000">
      <w:pPr>
        <w:pStyle w:val="Listapunktowana"/>
      </w:pPr>
      <w:r>
        <w:t>Uczeń powtarza i wykorzystuje poznane zwroty w nowej, ale podobnej sytuacji.</w:t>
      </w:r>
    </w:p>
    <w:p w14:paraId="723A90B4" w14:textId="77777777" w:rsidR="000F41D8" w:rsidRDefault="00000000">
      <w:pPr>
        <w:pStyle w:val="Listapunktowana"/>
      </w:pPr>
      <w:r>
        <w:t>Uczeń korzysta z obrazków, gestów, nagrań i innych podpowiedzi jako wsparcia komunikacji.</w:t>
      </w:r>
    </w:p>
    <w:p w14:paraId="4BCE4CAA" w14:textId="77777777" w:rsidR="000F41D8" w:rsidRDefault="00000000">
      <w:pPr>
        <w:pStyle w:val="Listapunktowana"/>
      </w:pPr>
      <w:r>
        <w:t>Uczeń podejmuje próbę samodzielnego wykorzystania poznanego słownictwa.</w:t>
      </w:r>
    </w:p>
    <w:p w14:paraId="445FF897" w14:textId="77777777" w:rsidR="000F41D8" w:rsidRDefault="00000000">
      <w:pPr>
        <w:pStyle w:val="Nagwek1"/>
      </w:pPr>
      <w:r>
        <w:t>5. Poziomy osiągnięć ucznia</w:t>
      </w:r>
    </w:p>
    <w:p w14:paraId="30D082BC" w14:textId="77777777" w:rsidR="000F41D8" w:rsidRDefault="00000000">
      <w:r>
        <w:t>Poziomy są narzędziem opisu stopnia samodzielności i zaawansowania osiągnięć. Nie są automatycznymi odpowiednikami ocen cyfrowych. Uczeń może funkcjonować na różnych poziomach w różnych obszarach, a jego poziom może zmieniać się w czasie.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73"/>
        <w:gridCol w:w="4873"/>
      </w:tblGrid>
      <w:tr w:rsidR="000F41D8" w14:paraId="3F126DE3" w14:textId="77777777">
        <w:trPr>
          <w:tblHeader/>
          <w:jc w:val="center"/>
        </w:trPr>
        <w:tc>
          <w:tcPr>
            <w:tcW w:w="4873" w:type="dxa"/>
            <w:shd w:val="clear" w:color="auto" w:fill="D9EAF7"/>
          </w:tcPr>
          <w:p w14:paraId="4A3443E2" w14:textId="77777777" w:rsidR="000F41D8" w:rsidRDefault="00000000">
            <w:r>
              <w:t>Poziom</w:t>
            </w:r>
          </w:p>
        </w:tc>
        <w:tc>
          <w:tcPr>
            <w:tcW w:w="4873" w:type="dxa"/>
            <w:shd w:val="clear" w:color="auto" w:fill="D9EAF7"/>
          </w:tcPr>
          <w:p w14:paraId="521D09EB" w14:textId="77777777" w:rsidR="000F41D8" w:rsidRDefault="00000000">
            <w:r>
              <w:t>Charakterystyka</w:t>
            </w:r>
          </w:p>
        </w:tc>
      </w:tr>
      <w:tr w:rsidR="000F41D8" w14:paraId="0D981ABB" w14:textId="77777777">
        <w:trPr>
          <w:jc w:val="center"/>
        </w:trPr>
        <w:tc>
          <w:tcPr>
            <w:tcW w:w="4873" w:type="dxa"/>
          </w:tcPr>
          <w:p w14:paraId="410E7E6C" w14:textId="77777777" w:rsidR="000F41D8" w:rsidRDefault="00000000">
            <w:r>
              <w:t>Poziom 1 – osiągnięcia konieczne</w:t>
            </w:r>
          </w:p>
        </w:tc>
        <w:tc>
          <w:tcPr>
            <w:tcW w:w="4873" w:type="dxa"/>
          </w:tcPr>
          <w:p w14:paraId="6414D0B8" w14:textId="77777777" w:rsidR="000F41D8" w:rsidRDefault="00000000">
            <w:r>
              <w:t>Uczeń wykonuje podstawowe zadanie z pomocą nauczyciela, konkretu, wzoru lub dodatkowej instrukcji. Rozpoznaje i wykonuje najprostsze czynności przewidziane dla danego etapu. Potrzebuje częstego wsparcia w organizacji pracy, ale podejmuje próbę działania.</w:t>
            </w:r>
          </w:p>
        </w:tc>
      </w:tr>
      <w:tr w:rsidR="000F41D8" w14:paraId="7A548453" w14:textId="77777777">
        <w:trPr>
          <w:jc w:val="center"/>
        </w:trPr>
        <w:tc>
          <w:tcPr>
            <w:tcW w:w="4873" w:type="dxa"/>
          </w:tcPr>
          <w:p w14:paraId="1F464364" w14:textId="77777777" w:rsidR="000F41D8" w:rsidRDefault="00000000">
            <w:r>
              <w:t>Poziom 2 – osiągnięcia podstawowe</w:t>
            </w:r>
          </w:p>
        </w:tc>
        <w:tc>
          <w:tcPr>
            <w:tcW w:w="4873" w:type="dxa"/>
          </w:tcPr>
          <w:p w14:paraId="6594036E" w14:textId="77777777" w:rsidR="000F41D8" w:rsidRDefault="00000000">
            <w:r>
              <w:t>Uczeń wykonuje typowe zadania w znanej sytuacji, częściowo samodzielnie. Stosuje poznane wiadomości i umiejętności w prostych warunkach, korzysta ze wskazówki, gdy napotyka trudność.</w:t>
            </w:r>
          </w:p>
        </w:tc>
      </w:tr>
      <w:tr w:rsidR="000F41D8" w14:paraId="0364E347" w14:textId="77777777">
        <w:trPr>
          <w:jc w:val="center"/>
        </w:trPr>
        <w:tc>
          <w:tcPr>
            <w:tcW w:w="4873" w:type="dxa"/>
          </w:tcPr>
          <w:p w14:paraId="17655D8A" w14:textId="77777777" w:rsidR="000F41D8" w:rsidRDefault="00000000">
            <w:r>
              <w:t>Poziom 3 – osiągnięcia rozszerzone</w:t>
            </w:r>
          </w:p>
        </w:tc>
        <w:tc>
          <w:tcPr>
            <w:tcW w:w="4873" w:type="dxa"/>
          </w:tcPr>
          <w:p w14:paraId="26C23480" w14:textId="77777777" w:rsidR="000F41D8" w:rsidRDefault="00000000">
            <w:r>
              <w:t>Uczeń samodzielnie stosuje umiejętność w różnych, lecz adekwatnych do klasy I sytuacjach. Potrafi wyjaśnić prosty sposób działania, wykorzystać informację zwrotną, współpracować i przenieść poznaną strategię na podobne zadanie.</w:t>
            </w:r>
          </w:p>
        </w:tc>
      </w:tr>
      <w:tr w:rsidR="000F41D8" w14:paraId="106CE8C5" w14:textId="77777777">
        <w:trPr>
          <w:jc w:val="center"/>
        </w:trPr>
        <w:tc>
          <w:tcPr>
            <w:tcW w:w="4873" w:type="dxa"/>
          </w:tcPr>
          <w:p w14:paraId="506FC6ED" w14:textId="77777777" w:rsidR="000F41D8" w:rsidRDefault="00000000">
            <w:r>
              <w:t>Poziom 4 – osiągnięcia bardzo dobre / zaawansowane w ramach klasy I</w:t>
            </w:r>
          </w:p>
        </w:tc>
        <w:tc>
          <w:tcPr>
            <w:tcW w:w="4873" w:type="dxa"/>
          </w:tcPr>
          <w:p w14:paraId="6B2F4B69" w14:textId="77777777" w:rsidR="000F41D8" w:rsidRDefault="00000000">
            <w:r>
              <w:t xml:space="preserve">Uczeń działa samodzielnie, elastycznie i z inicjatywą. Łączy kilka umiejętności, proponuje własne strategie, uzasadnia wybór, podejmuje dodatkowe wyzwania mieszczące się w </w:t>
            </w:r>
            <w:r>
              <w:lastRenderedPageBreak/>
              <w:t>podstawie i programie klasy I. Poziom ten nie oznacza obowiązku realizowania treści klasy II–III.</w:t>
            </w:r>
          </w:p>
        </w:tc>
      </w:tr>
    </w:tbl>
    <w:p w14:paraId="3D2A7727" w14:textId="77777777" w:rsidR="000F41D8" w:rsidRDefault="00000000">
      <w:pPr>
        <w:pStyle w:val="Nagwek1"/>
      </w:pPr>
      <w:r>
        <w:lastRenderedPageBreak/>
        <w:t>6. Wymagania minimalne – najważniejsze osiągnięcia do końca klasy I</w:t>
      </w:r>
    </w:p>
    <w:p w14:paraId="2129E5BE" w14:textId="77777777" w:rsidR="000F41D8" w:rsidRDefault="00000000">
      <w:pPr>
        <w:pStyle w:val="Listapunktowana"/>
      </w:pPr>
      <w:r>
        <w:t>Uczeń bezpiecznie funkcjonuje w klasie, zna podstawowe zasady i potrafi zwrócić się o pomoc.</w:t>
      </w:r>
    </w:p>
    <w:p w14:paraId="5F5F63F1" w14:textId="77777777" w:rsidR="000F41D8" w:rsidRDefault="00000000">
      <w:pPr>
        <w:pStyle w:val="Listapunktowana"/>
      </w:pPr>
      <w:r>
        <w:t>Uczeń słucha krótkiej wypowiedzi, wykonuje proste polecenia i wypowiada się prostymi zdaniami na znany temat.</w:t>
      </w:r>
    </w:p>
    <w:p w14:paraId="6989FE0C" w14:textId="77777777" w:rsidR="000F41D8" w:rsidRDefault="00000000">
      <w:pPr>
        <w:pStyle w:val="Listapunktowana"/>
      </w:pPr>
      <w:r>
        <w:t>Uczeń rozpoznaje poznane litery, dokonuje podstawowej analizy i syntezy słuchowej oraz czyta proste wyrazy i zdania adekwatne do realizowanego programu.</w:t>
      </w:r>
    </w:p>
    <w:p w14:paraId="6DE408F8" w14:textId="77777777" w:rsidR="000F41D8" w:rsidRDefault="00000000">
      <w:pPr>
        <w:pStyle w:val="Listapunktowana"/>
      </w:pPr>
      <w:r>
        <w:t>Uczeń zapisuje poznane litery, wyrazy i proste zdania oraz przepisuje krótkie teksty.</w:t>
      </w:r>
    </w:p>
    <w:p w14:paraId="60390089" w14:textId="77777777" w:rsidR="000F41D8" w:rsidRDefault="00000000">
      <w:pPr>
        <w:pStyle w:val="Listapunktowana"/>
      </w:pPr>
      <w:r>
        <w:t>Uczeń przelicza elementy, porównuje liczebność zbiorów, odczytuje i zapisuje liczby w zakresie realizowanym w klasie I oraz wykonuje podstawowe dodawanie i odejmowanie.</w:t>
      </w:r>
    </w:p>
    <w:p w14:paraId="05D67E16" w14:textId="77777777" w:rsidR="000F41D8" w:rsidRDefault="00000000">
      <w:pPr>
        <w:pStyle w:val="Listapunktowana"/>
      </w:pPr>
      <w:r>
        <w:t>Uczeń rozwiązuje proste zadanie tekstowe z wykorzystaniem rysunku, konkretu lub działania.</w:t>
      </w:r>
    </w:p>
    <w:p w14:paraId="10AFBE34" w14:textId="77777777" w:rsidR="000F41D8" w:rsidRDefault="00000000">
      <w:pPr>
        <w:pStyle w:val="Listapunktowana"/>
      </w:pPr>
      <w:r>
        <w:t>Uczeń rozpoznaje podstawowe figury, określa położenie przedmiotów, posługuje się prostymi określeniami czasu i wykonuje proste pomiary.</w:t>
      </w:r>
    </w:p>
    <w:p w14:paraId="41208ACF" w14:textId="77777777" w:rsidR="000F41D8" w:rsidRDefault="00000000">
      <w:pPr>
        <w:pStyle w:val="Listapunktowana"/>
      </w:pPr>
      <w:r>
        <w:t>Uczeń rozpoznaje podstawowe rośliny, zwierzęta i zjawiska sezonowe oraz prowadzi prostą obserwację.</w:t>
      </w:r>
    </w:p>
    <w:p w14:paraId="187A10B3" w14:textId="77777777" w:rsidR="000F41D8" w:rsidRDefault="00000000">
      <w:pPr>
        <w:pStyle w:val="Listapunktowana"/>
      </w:pPr>
      <w:r>
        <w:t>Uczeń stosuje podstawowe zasady higieny, bezpieczeństwa i troski o środowisko.</w:t>
      </w:r>
    </w:p>
    <w:p w14:paraId="1DDF7347" w14:textId="77777777" w:rsidR="000F41D8" w:rsidRDefault="00000000">
      <w:pPr>
        <w:pStyle w:val="Listapunktowana"/>
      </w:pPr>
      <w:r>
        <w:t>Uczeń współpracuje z innymi, respektuje zasady, nazywa podstawowe emocje i potrafi poprosić o pomoc.</w:t>
      </w:r>
    </w:p>
    <w:p w14:paraId="205632E0" w14:textId="77777777" w:rsidR="000F41D8" w:rsidRDefault="00000000">
      <w:pPr>
        <w:pStyle w:val="Listapunktowana"/>
      </w:pPr>
      <w:r>
        <w:t>Uczeń rozpoznaje symbole narodowe i wybrane tradycje lokalne oraz zachowuje się z szacunkiem podczas hymnu.</w:t>
      </w:r>
    </w:p>
    <w:p w14:paraId="25EA8B2D" w14:textId="77777777" w:rsidR="000F41D8" w:rsidRDefault="00000000">
      <w:pPr>
        <w:pStyle w:val="Listapunktowana"/>
      </w:pPr>
      <w:r>
        <w:t>Uczeń wykonuje proste prace plastyczne, muzyczne, techniczne i ruchowe.</w:t>
      </w:r>
    </w:p>
    <w:p w14:paraId="31EA01FC" w14:textId="77777777" w:rsidR="000F41D8" w:rsidRDefault="00000000">
      <w:pPr>
        <w:pStyle w:val="Listapunktowana"/>
      </w:pPr>
      <w:r>
        <w:t>Uczeń korzysta z urządzeń cyfrowych pod nadzorem i stosuje podstawowe zasady ochrony prywatności oraz bezpieczeństwa.</w:t>
      </w:r>
    </w:p>
    <w:p w14:paraId="795AE2B5" w14:textId="77777777" w:rsidR="000F41D8" w:rsidRDefault="00000000">
      <w:pPr>
        <w:pStyle w:val="Listapunktowana"/>
      </w:pPr>
      <w:r>
        <w:t>Uczeń uczestniczy w zajęciach języka obcego i reaguje na podstawowe polecenia i zwroty.</w:t>
      </w:r>
    </w:p>
    <w:p w14:paraId="2EB82281" w14:textId="77777777" w:rsidR="000F41D8" w:rsidRDefault="00000000">
      <w:pPr>
        <w:pStyle w:val="Nagwek1"/>
      </w:pPr>
      <w:r>
        <w:t>7. Wymagania dla ucznia wymagającego wsparcia i zasady indywidualizacji</w:t>
      </w:r>
    </w:p>
    <w:p w14:paraId="6910864D" w14:textId="77777777" w:rsidR="000F41D8" w:rsidRDefault="00000000">
      <w:r>
        <w:t>Indywidualizacja nie oznacza automatycznego obniżenia wymagań wynikających z podstawy programowej. Dostosowaniu podlega przede wszystkim sposób dochodzenia do osiągnięcia, tempo pracy, forma prezentacji wiedzy i umiejętności, zakres niezbędnego wsparcia oraz organizacja środowiska uczenia się – zgodnie z rozpoznanymi potrzebami ucznia, opinią lub orzeczeniem, jeżeli zostały wydane, oraz ustaleniami szkoły.</w:t>
      </w:r>
    </w:p>
    <w:p w14:paraId="39FD3734" w14:textId="77777777" w:rsidR="000F41D8" w:rsidRDefault="00000000">
      <w:pPr>
        <w:pStyle w:val="Listapunktowana"/>
      </w:pPr>
      <w:r>
        <w:t>Dziel zadanie na krótsze, jasno nazwane etapy i sprawdzaj rozumienie instrukcji.</w:t>
      </w:r>
    </w:p>
    <w:p w14:paraId="423B89B3" w14:textId="77777777" w:rsidR="000F41D8" w:rsidRDefault="00000000">
      <w:pPr>
        <w:pStyle w:val="Listapunktowana"/>
      </w:pPr>
      <w:r>
        <w:t>Stosuj modelowanie: pokaż przykład, wykonaj pierwszą czynność wspólnie, a następnie stopniowo wycofuj pomoc.</w:t>
      </w:r>
    </w:p>
    <w:p w14:paraId="011E80A2" w14:textId="77777777" w:rsidR="000F41D8" w:rsidRDefault="00000000">
      <w:pPr>
        <w:pStyle w:val="Listapunktowana"/>
      </w:pPr>
      <w:r>
        <w:t>Pozwalaj na odpowiedź ustną, wskazanie, manipulowanie konkretem, rysunek, działanie praktyczne lub inną adekwatną formę, gdy cel zadania nie wymaga konkretnej formy pisemnej.</w:t>
      </w:r>
    </w:p>
    <w:p w14:paraId="0A3969D9" w14:textId="77777777" w:rsidR="000F41D8" w:rsidRDefault="00000000">
      <w:pPr>
        <w:pStyle w:val="Listapunktowana"/>
      </w:pPr>
      <w:r>
        <w:t>Zapewnij wydłużony czas pracy lub krótsze serie zadań, jeżeli wynika to z potrzeb ucznia.</w:t>
      </w:r>
    </w:p>
    <w:p w14:paraId="579E56A4" w14:textId="77777777" w:rsidR="000F41D8" w:rsidRDefault="00000000">
      <w:pPr>
        <w:pStyle w:val="Listapunktowana"/>
      </w:pPr>
      <w:r>
        <w:t>Ograniczaj liczbę bodźców i upraszczaj układ materiału, nie zmieniając celu, który uczeń ma osiągnąć.</w:t>
      </w:r>
    </w:p>
    <w:p w14:paraId="706EA861" w14:textId="77777777" w:rsidR="000F41D8" w:rsidRDefault="00000000">
      <w:pPr>
        <w:pStyle w:val="Listapunktowana"/>
      </w:pPr>
      <w:r>
        <w:lastRenderedPageBreak/>
        <w:t>Stosuj pomoce wizualne, ruch, rytm, konkret, piktogramy, wzory i organizery graficzne.</w:t>
      </w:r>
    </w:p>
    <w:p w14:paraId="603E8ED1" w14:textId="77777777" w:rsidR="000F41D8" w:rsidRDefault="00000000">
      <w:pPr>
        <w:pStyle w:val="Listapunktowana"/>
      </w:pPr>
      <w:r>
        <w:t>Powtarzaj umiejętności w różnych sytuacjach, ponieważ transfer wiedzy jest dla części uczniów trudniejszy niż samo wykonanie ćwiczenia.</w:t>
      </w:r>
    </w:p>
    <w:p w14:paraId="5AF9D23F" w14:textId="77777777" w:rsidR="000F41D8" w:rsidRDefault="00000000">
      <w:pPr>
        <w:pStyle w:val="Listapunktowana"/>
      </w:pPr>
      <w:r>
        <w:t>Uwzględniaj zmęczenie, potrzebę przerwy i możliwości psychofizyczne dziecka.</w:t>
      </w:r>
    </w:p>
    <w:p w14:paraId="3D03B16C" w14:textId="77777777" w:rsidR="000F41D8" w:rsidRDefault="00000000">
      <w:pPr>
        <w:pStyle w:val="Listapunktowana"/>
      </w:pPr>
      <w:r>
        <w:t>Umożliwiaj poprawę i ponowne wykonanie zadania po informacji zwrotnej.</w:t>
      </w:r>
    </w:p>
    <w:p w14:paraId="51BA63B6" w14:textId="77777777" w:rsidR="000F41D8" w:rsidRDefault="00000000">
      <w:pPr>
        <w:pStyle w:val="Listapunktowana"/>
      </w:pPr>
      <w:r>
        <w:t>W przypadku ucznia posiadającego orzeczenie lub opinię stosuj dostosowania wynikające z dokumentacji i ustaleń zespołu nauczycieli i specjalistów.</w:t>
      </w:r>
    </w:p>
    <w:p w14:paraId="76901109" w14:textId="77777777" w:rsidR="000F41D8" w:rsidRDefault="00000000">
      <w:pPr>
        <w:pStyle w:val="Listapunktowana"/>
      </w:pPr>
      <w:r>
        <w:t>Nie oceniaj negatywnie samego faktu korzystania z pomocy, jeżeli pomoc jest zgodna z przyjętym dostosowaniem.</w:t>
      </w:r>
    </w:p>
    <w:p w14:paraId="0FEA70E5" w14:textId="77777777" w:rsidR="000F41D8" w:rsidRDefault="00000000">
      <w:pPr>
        <w:pStyle w:val="Nagwek2"/>
      </w:pPr>
      <w:r>
        <w:t>Przykładowe dostosowania według rodzaju trudności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249"/>
        <w:gridCol w:w="3249"/>
        <w:gridCol w:w="3249"/>
      </w:tblGrid>
      <w:tr w:rsidR="000F41D8" w14:paraId="6CE0CC6A" w14:textId="77777777">
        <w:trPr>
          <w:jc w:val="center"/>
        </w:trPr>
        <w:tc>
          <w:tcPr>
            <w:tcW w:w="3249" w:type="dxa"/>
            <w:shd w:val="clear" w:color="auto" w:fill="D9EAF7"/>
          </w:tcPr>
          <w:p w14:paraId="2FF9C6F3" w14:textId="77777777" w:rsidR="000F41D8" w:rsidRDefault="00000000">
            <w:r>
              <w:t>Obszar potrzeby</w:t>
            </w:r>
          </w:p>
        </w:tc>
        <w:tc>
          <w:tcPr>
            <w:tcW w:w="3249" w:type="dxa"/>
            <w:shd w:val="clear" w:color="auto" w:fill="D9EAF7"/>
          </w:tcPr>
          <w:p w14:paraId="1C52363D" w14:textId="77777777" w:rsidR="000F41D8" w:rsidRDefault="00000000">
            <w:r>
              <w:t>Przykładowe dostosowanie</w:t>
            </w:r>
          </w:p>
        </w:tc>
        <w:tc>
          <w:tcPr>
            <w:tcW w:w="3249" w:type="dxa"/>
            <w:shd w:val="clear" w:color="auto" w:fill="D9EAF7"/>
          </w:tcPr>
          <w:p w14:paraId="18F79376" w14:textId="77777777" w:rsidR="000F41D8" w:rsidRDefault="00000000">
            <w:r>
              <w:t>Czego nadal oczekujemy</w:t>
            </w:r>
          </w:p>
        </w:tc>
      </w:tr>
      <w:tr w:rsidR="000F41D8" w14:paraId="09E3FF91" w14:textId="77777777">
        <w:trPr>
          <w:jc w:val="center"/>
        </w:trPr>
        <w:tc>
          <w:tcPr>
            <w:tcW w:w="3249" w:type="dxa"/>
          </w:tcPr>
          <w:p w14:paraId="070EE158" w14:textId="77777777" w:rsidR="000F41D8" w:rsidRDefault="00000000">
            <w:r>
              <w:t>Tempo pracy</w:t>
            </w:r>
          </w:p>
        </w:tc>
        <w:tc>
          <w:tcPr>
            <w:tcW w:w="3249" w:type="dxa"/>
          </w:tcPr>
          <w:p w14:paraId="60E7908F" w14:textId="77777777" w:rsidR="000F41D8" w:rsidRDefault="00000000">
            <w:r>
              <w:t>krótsze serie, dodatkowy czas, przerwy</w:t>
            </w:r>
          </w:p>
        </w:tc>
        <w:tc>
          <w:tcPr>
            <w:tcW w:w="3249" w:type="dxa"/>
          </w:tcPr>
          <w:p w14:paraId="2EA1A281" w14:textId="77777777" w:rsidR="000F41D8" w:rsidRDefault="00000000">
            <w:r>
              <w:t>realizacji celu edukacyjnego w dostosowanym czasie</w:t>
            </w:r>
          </w:p>
        </w:tc>
      </w:tr>
      <w:tr w:rsidR="000F41D8" w14:paraId="1AD932A3" w14:textId="77777777">
        <w:trPr>
          <w:jc w:val="center"/>
        </w:trPr>
        <w:tc>
          <w:tcPr>
            <w:tcW w:w="3249" w:type="dxa"/>
          </w:tcPr>
          <w:p w14:paraId="0AD002D8" w14:textId="77777777" w:rsidR="000F41D8" w:rsidRDefault="00000000">
            <w:r>
              <w:t>Grafomotoryka</w:t>
            </w:r>
          </w:p>
        </w:tc>
        <w:tc>
          <w:tcPr>
            <w:tcW w:w="3249" w:type="dxa"/>
          </w:tcPr>
          <w:p w14:paraId="6909CF8A" w14:textId="77777777" w:rsidR="000F41D8" w:rsidRDefault="00000000">
            <w:r>
              <w:t>większy format, podkładka, pisanie etapami, odpowiedź ustna tam, gdzie to możliwe</w:t>
            </w:r>
          </w:p>
        </w:tc>
        <w:tc>
          <w:tcPr>
            <w:tcW w:w="3249" w:type="dxa"/>
          </w:tcPr>
          <w:p w14:paraId="386BCE61" w14:textId="77777777" w:rsidR="000F41D8" w:rsidRDefault="00000000">
            <w:r>
              <w:t>rozwijania zapisu i motoryki małej</w:t>
            </w:r>
          </w:p>
        </w:tc>
      </w:tr>
      <w:tr w:rsidR="000F41D8" w14:paraId="441A9A4B" w14:textId="77777777">
        <w:trPr>
          <w:jc w:val="center"/>
        </w:trPr>
        <w:tc>
          <w:tcPr>
            <w:tcW w:w="3249" w:type="dxa"/>
          </w:tcPr>
          <w:p w14:paraId="19785110" w14:textId="77777777" w:rsidR="000F41D8" w:rsidRDefault="00000000">
            <w:r>
              <w:t>Czytanie</w:t>
            </w:r>
          </w:p>
        </w:tc>
        <w:tc>
          <w:tcPr>
            <w:tcW w:w="3249" w:type="dxa"/>
          </w:tcPr>
          <w:p w14:paraId="37CA8EFB" w14:textId="77777777" w:rsidR="000F41D8" w:rsidRDefault="00000000">
            <w:r>
              <w:t>tekst krótszy, powiększony, wsparcie ilustracją, czytanie wspólne</w:t>
            </w:r>
          </w:p>
        </w:tc>
        <w:tc>
          <w:tcPr>
            <w:tcW w:w="3249" w:type="dxa"/>
          </w:tcPr>
          <w:p w14:paraId="70DC078D" w14:textId="77777777" w:rsidR="000F41D8" w:rsidRDefault="00000000">
            <w:r>
              <w:t>rozumienia treści i stopniowego zwiększania samodzielności</w:t>
            </w:r>
          </w:p>
        </w:tc>
      </w:tr>
      <w:tr w:rsidR="000F41D8" w14:paraId="30DBA798" w14:textId="77777777">
        <w:trPr>
          <w:jc w:val="center"/>
        </w:trPr>
        <w:tc>
          <w:tcPr>
            <w:tcW w:w="3249" w:type="dxa"/>
          </w:tcPr>
          <w:p w14:paraId="4B9E02A4" w14:textId="77777777" w:rsidR="000F41D8" w:rsidRDefault="00000000">
            <w:r>
              <w:t>Matematyka</w:t>
            </w:r>
          </w:p>
        </w:tc>
        <w:tc>
          <w:tcPr>
            <w:tcW w:w="3249" w:type="dxa"/>
          </w:tcPr>
          <w:p w14:paraId="07D82DCA" w14:textId="77777777" w:rsidR="000F41D8" w:rsidRDefault="00000000">
            <w:r>
              <w:t>konkrety, oś liczbowa, liczmany, rysunek</w:t>
            </w:r>
          </w:p>
        </w:tc>
        <w:tc>
          <w:tcPr>
            <w:tcW w:w="3249" w:type="dxa"/>
          </w:tcPr>
          <w:p w14:paraId="0B615A8E" w14:textId="77777777" w:rsidR="000F41D8" w:rsidRDefault="00000000">
            <w:r>
              <w:t>rozumowania matematycznego, nie tylko odtworzenia procedury</w:t>
            </w:r>
          </w:p>
        </w:tc>
      </w:tr>
      <w:tr w:rsidR="000F41D8" w14:paraId="2C709ED3" w14:textId="77777777">
        <w:trPr>
          <w:jc w:val="center"/>
        </w:trPr>
        <w:tc>
          <w:tcPr>
            <w:tcW w:w="3249" w:type="dxa"/>
          </w:tcPr>
          <w:p w14:paraId="75B939EC" w14:textId="77777777" w:rsidR="000F41D8" w:rsidRDefault="00000000">
            <w:r>
              <w:t>Koncentracja</w:t>
            </w:r>
          </w:p>
        </w:tc>
        <w:tc>
          <w:tcPr>
            <w:tcW w:w="3249" w:type="dxa"/>
          </w:tcPr>
          <w:p w14:paraId="5DF00C6B" w14:textId="77777777" w:rsidR="000F41D8" w:rsidRDefault="00000000">
            <w:r>
              <w:t>jasna instrukcja, ograniczenie bodźców, sygnały przypominające</w:t>
            </w:r>
          </w:p>
        </w:tc>
        <w:tc>
          <w:tcPr>
            <w:tcW w:w="3249" w:type="dxa"/>
          </w:tcPr>
          <w:p w14:paraId="5D193E1C" w14:textId="77777777" w:rsidR="000F41D8" w:rsidRDefault="00000000">
            <w:r>
              <w:t>stopniowego wydłużania samodzielnej pracy</w:t>
            </w:r>
          </w:p>
        </w:tc>
      </w:tr>
      <w:tr w:rsidR="000F41D8" w14:paraId="2A4A9452" w14:textId="77777777">
        <w:trPr>
          <w:jc w:val="center"/>
        </w:trPr>
        <w:tc>
          <w:tcPr>
            <w:tcW w:w="3249" w:type="dxa"/>
          </w:tcPr>
          <w:p w14:paraId="7789D8A5" w14:textId="77777777" w:rsidR="000F41D8" w:rsidRDefault="00000000">
            <w:r>
              <w:t>Komunikacja</w:t>
            </w:r>
          </w:p>
        </w:tc>
        <w:tc>
          <w:tcPr>
            <w:tcW w:w="3249" w:type="dxa"/>
          </w:tcPr>
          <w:p w14:paraId="7E492387" w14:textId="77777777" w:rsidR="000F41D8" w:rsidRDefault="00000000">
            <w:r>
              <w:t>piktogramy, gest, wybór odpowiedzi, modelowanie wypowiedzi</w:t>
            </w:r>
          </w:p>
        </w:tc>
        <w:tc>
          <w:tcPr>
            <w:tcW w:w="3249" w:type="dxa"/>
          </w:tcPr>
          <w:p w14:paraId="56E50055" w14:textId="77777777" w:rsidR="000F41D8" w:rsidRDefault="00000000">
            <w:r>
              <w:t>komunikowania potrzeb i rozwijania języka</w:t>
            </w:r>
          </w:p>
        </w:tc>
      </w:tr>
      <w:tr w:rsidR="000F41D8" w14:paraId="48C2771C" w14:textId="77777777">
        <w:trPr>
          <w:jc w:val="center"/>
        </w:trPr>
        <w:tc>
          <w:tcPr>
            <w:tcW w:w="3249" w:type="dxa"/>
          </w:tcPr>
          <w:p w14:paraId="0A28E6A8" w14:textId="77777777" w:rsidR="000F41D8" w:rsidRDefault="00000000">
            <w:r>
              <w:t>Trudności społeczno-emocjonalne</w:t>
            </w:r>
          </w:p>
        </w:tc>
        <w:tc>
          <w:tcPr>
            <w:tcW w:w="3249" w:type="dxa"/>
          </w:tcPr>
          <w:p w14:paraId="5E257ED7" w14:textId="77777777" w:rsidR="000F41D8" w:rsidRDefault="00000000">
            <w:r>
              <w:t>przewidywalny plan, uprzedzanie o zmianach, strategie regulacji</w:t>
            </w:r>
          </w:p>
        </w:tc>
        <w:tc>
          <w:tcPr>
            <w:tcW w:w="3249" w:type="dxa"/>
          </w:tcPr>
          <w:p w14:paraId="5F7FE6B4" w14:textId="77777777" w:rsidR="000F41D8" w:rsidRDefault="00000000">
            <w:r>
              <w:t>uczenia się bezpiecznego i społecznie akceptowanego reagowania</w:t>
            </w:r>
          </w:p>
        </w:tc>
      </w:tr>
    </w:tbl>
    <w:p w14:paraId="67604057" w14:textId="77777777" w:rsidR="000F41D8" w:rsidRDefault="00000000">
      <w:pPr>
        <w:pStyle w:val="Nagwek1"/>
      </w:pPr>
      <w:r>
        <w:t>8. Sposoby monitorowania osiągnięć ucznia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73"/>
        <w:gridCol w:w="4873"/>
      </w:tblGrid>
      <w:tr w:rsidR="000F41D8" w14:paraId="187A149E" w14:textId="77777777">
        <w:trPr>
          <w:tblHeader/>
        </w:trPr>
        <w:tc>
          <w:tcPr>
            <w:tcW w:w="4873" w:type="dxa"/>
            <w:shd w:val="clear" w:color="auto" w:fill="D9EAF7"/>
          </w:tcPr>
          <w:p w14:paraId="72913B45" w14:textId="77777777" w:rsidR="000F41D8" w:rsidRDefault="00000000">
            <w:r>
              <w:t>Sposób</w:t>
            </w:r>
          </w:p>
        </w:tc>
        <w:tc>
          <w:tcPr>
            <w:tcW w:w="4873" w:type="dxa"/>
            <w:shd w:val="clear" w:color="auto" w:fill="D9EAF7"/>
          </w:tcPr>
          <w:p w14:paraId="489BB4F6" w14:textId="77777777" w:rsidR="000F41D8" w:rsidRDefault="00000000">
            <w:r>
              <w:t>Zastosowanie</w:t>
            </w:r>
          </w:p>
        </w:tc>
      </w:tr>
      <w:tr w:rsidR="000F41D8" w14:paraId="7C4499CA" w14:textId="77777777">
        <w:tc>
          <w:tcPr>
            <w:tcW w:w="4873" w:type="dxa"/>
          </w:tcPr>
          <w:p w14:paraId="1E759D4F" w14:textId="77777777" w:rsidR="000F41D8" w:rsidRDefault="00000000">
            <w:r>
              <w:t>Obserwacja pedagogiczna</w:t>
            </w:r>
          </w:p>
        </w:tc>
        <w:tc>
          <w:tcPr>
            <w:tcW w:w="4873" w:type="dxa"/>
          </w:tcPr>
          <w:p w14:paraId="2120A41C" w14:textId="77777777" w:rsidR="000F41D8" w:rsidRDefault="00000000">
            <w:r>
              <w:t>systematyczna obserwacja samodzielności, komunikacji, współpracy, strategii działania i zachowania w naturalnych sytuacjach</w:t>
            </w:r>
          </w:p>
        </w:tc>
      </w:tr>
      <w:tr w:rsidR="000F41D8" w14:paraId="554492C6" w14:textId="77777777">
        <w:tc>
          <w:tcPr>
            <w:tcW w:w="4873" w:type="dxa"/>
          </w:tcPr>
          <w:p w14:paraId="6ECCCF7E" w14:textId="77777777" w:rsidR="000F41D8" w:rsidRDefault="00000000">
            <w:r>
              <w:t>Rozmowa</w:t>
            </w:r>
          </w:p>
        </w:tc>
        <w:tc>
          <w:tcPr>
            <w:tcW w:w="4873" w:type="dxa"/>
          </w:tcPr>
          <w:p w14:paraId="42411161" w14:textId="77777777" w:rsidR="000F41D8" w:rsidRDefault="00000000">
            <w:r>
              <w:t xml:space="preserve">krótka rozmowa indywidualna, pytania naprowadzające, opowiadanie, wyjaśnianie </w:t>
            </w:r>
            <w:r>
              <w:lastRenderedPageBreak/>
              <w:t>sposobu rozwiązania</w:t>
            </w:r>
          </w:p>
        </w:tc>
      </w:tr>
      <w:tr w:rsidR="000F41D8" w14:paraId="384AF34B" w14:textId="77777777">
        <w:tc>
          <w:tcPr>
            <w:tcW w:w="4873" w:type="dxa"/>
          </w:tcPr>
          <w:p w14:paraId="42BF9C48" w14:textId="77777777" w:rsidR="000F41D8" w:rsidRDefault="00000000">
            <w:r>
              <w:lastRenderedPageBreak/>
              <w:t>Analiza prac</w:t>
            </w:r>
          </w:p>
        </w:tc>
        <w:tc>
          <w:tcPr>
            <w:tcW w:w="4873" w:type="dxa"/>
          </w:tcPr>
          <w:p w14:paraId="4BDB54A4" w14:textId="77777777" w:rsidR="000F41D8" w:rsidRDefault="00000000">
            <w:r>
              <w:t>zeszyty, karty pracy, prace plastyczne, konstrukcje, zapisy matematyczne, krótkie wypowiedzi</w:t>
            </w:r>
          </w:p>
        </w:tc>
      </w:tr>
      <w:tr w:rsidR="000F41D8" w14:paraId="4DE45FC2" w14:textId="77777777">
        <w:tc>
          <w:tcPr>
            <w:tcW w:w="4873" w:type="dxa"/>
          </w:tcPr>
          <w:p w14:paraId="2E644450" w14:textId="77777777" w:rsidR="000F41D8" w:rsidRDefault="00000000">
            <w:r>
              <w:t>Zadania praktyczne</w:t>
            </w:r>
          </w:p>
        </w:tc>
        <w:tc>
          <w:tcPr>
            <w:tcW w:w="4873" w:type="dxa"/>
          </w:tcPr>
          <w:p w14:paraId="579D7027" w14:textId="77777777" w:rsidR="000F41D8" w:rsidRDefault="00000000">
            <w:r>
              <w:t>mierzenie, zakupy symulacyjne, doświadczenia, konstruowanie, obsługa urządzenia, ćwiczenia ruchowe</w:t>
            </w:r>
          </w:p>
        </w:tc>
      </w:tr>
      <w:tr w:rsidR="000F41D8" w14:paraId="44E94F8E" w14:textId="77777777">
        <w:tc>
          <w:tcPr>
            <w:tcW w:w="4873" w:type="dxa"/>
          </w:tcPr>
          <w:p w14:paraId="4D3A7C47" w14:textId="77777777" w:rsidR="000F41D8" w:rsidRDefault="00000000">
            <w:r>
              <w:t>Aktywność indywidualna i grupowa</w:t>
            </w:r>
          </w:p>
        </w:tc>
        <w:tc>
          <w:tcPr>
            <w:tcW w:w="4873" w:type="dxa"/>
          </w:tcPr>
          <w:p w14:paraId="57BE91B9" w14:textId="77777777" w:rsidR="000F41D8" w:rsidRDefault="00000000">
            <w:r>
              <w:t>udział w zadaniach, współpraca, podejmowanie decyzji, odpowiedzialność za fragment pracy</w:t>
            </w:r>
          </w:p>
        </w:tc>
      </w:tr>
      <w:tr w:rsidR="000F41D8" w14:paraId="6D5DB5CE" w14:textId="77777777">
        <w:tc>
          <w:tcPr>
            <w:tcW w:w="4873" w:type="dxa"/>
          </w:tcPr>
          <w:p w14:paraId="459DE343" w14:textId="77777777" w:rsidR="000F41D8" w:rsidRDefault="00000000">
            <w:r>
              <w:t>Projekty i doświadczenia</w:t>
            </w:r>
          </w:p>
        </w:tc>
        <w:tc>
          <w:tcPr>
            <w:tcW w:w="4873" w:type="dxa"/>
          </w:tcPr>
          <w:p w14:paraId="552451A9" w14:textId="77777777" w:rsidR="000F41D8" w:rsidRDefault="00000000">
            <w:r>
              <w:t>planowanie, działanie, dokumentowanie, prezentowanie rezultatu i refleksja</w:t>
            </w:r>
          </w:p>
        </w:tc>
      </w:tr>
      <w:tr w:rsidR="000F41D8" w14:paraId="46AD2922" w14:textId="77777777">
        <w:tc>
          <w:tcPr>
            <w:tcW w:w="4873" w:type="dxa"/>
          </w:tcPr>
          <w:p w14:paraId="3F1491E1" w14:textId="77777777" w:rsidR="000F41D8" w:rsidRDefault="00000000">
            <w:r>
              <w:t>Portfolio</w:t>
            </w:r>
          </w:p>
        </w:tc>
        <w:tc>
          <w:tcPr>
            <w:tcW w:w="4873" w:type="dxa"/>
          </w:tcPr>
          <w:p w14:paraId="132D29E6" w14:textId="77777777" w:rsidR="000F41D8" w:rsidRDefault="00000000">
            <w:r>
              <w:t>zbiór wybranych prac pokazujących postęp w czasie</w:t>
            </w:r>
          </w:p>
        </w:tc>
      </w:tr>
      <w:tr w:rsidR="000F41D8" w14:paraId="5389BFAF" w14:textId="77777777">
        <w:tc>
          <w:tcPr>
            <w:tcW w:w="4873" w:type="dxa"/>
          </w:tcPr>
          <w:p w14:paraId="7C0FC940" w14:textId="77777777" w:rsidR="000F41D8" w:rsidRDefault="00000000">
            <w:r>
              <w:t>Samoocena dziecka</w:t>
            </w:r>
          </w:p>
        </w:tc>
        <w:tc>
          <w:tcPr>
            <w:tcW w:w="4873" w:type="dxa"/>
          </w:tcPr>
          <w:p w14:paraId="04A89C88" w14:textId="77777777" w:rsidR="000F41D8" w:rsidRDefault="00000000">
            <w:r>
              <w:t>proste skale, zdania „potrafię…”, „potrzebuję pomocy w…”, wybór pracy, z której uczeń jest zadowolony</w:t>
            </w:r>
          </w:p>
        </w:tc>
      </w:tr>
      <w:tr w:rsidR="000F41D8" w14:paraId="740F8CC4" w14:textId="77777777">
        <w:tc>
          <w:tcPr>
            <w:tcW w:w="4873" w:type="dxa"/>
          </w:tcPr>
          <w:p w14:paraId="668B71D7" w14:textId="77777777" w:rsidR="000F41D8" w:rsidRDefault="00000000">
            <w:r>
              <w:t>Informacja zwrotna</w:t>
            </w:r>
          </w:p>
        </w:tc>
        <w:tc>
          <w:tcPr>
            <w:tcW w:w="4873" w:type="dxa"/>
          </w:tcPr>
          <w:p w14:paraId="0E9B3A12" w14:textId="77777777" w:rsidR="000F41D8" w:rsidRDefault="00000000">
            <w:r>
              <w:t>wskazanie sukcesu, obszaru do poprawy i konkretnego następnego kroku</w:t>
            </w:r>
          </w:p>
        </w:tc>
      </w:tr>
    </w:tbl>
    <w:p w14:paraId="13983F4E" w14:textId="77777777" w:rsidR="000F41D8" w:rsidRDefault="00000000">
      <w:pPr>
        <w:pStyle w:val="Nagwek1"/>
      </w:pPr>
      <w:r>
        <w:t>9. Ocenianie osiągnięć ucznia</w:t>
      </w:r>
    </w:p>
    <w:p w14:paraId="52C14FCD" w14:textId="77777777" w:rsidR="000F41D8" w:rsidRDefault="00000000">
      <w:r>
        <w:t>W klasie I ocenianie powinno wspierać uczenie się i rozwój dziecka. Zgodnie z obowiązującymi przepisami ocenianie bieżące ma służyć monitorowaniu pracy ucznia i przekazywaniu informacji o tym, co uczeń robi dobrze, co i jak wymaga poprawy oraz jak powinien dalej się uczyć. Śródroczna i roczna ocena klasyfikacyjna z zajęć edukacyjnych w klasach I–III ma charakter opisowy.</w:t>
      </w:r>
    </w:p>
    <w:p w14:paraId="5D1F5BB7" w14:textId="77777777" w:rsidR="000F41D8" w:rsidRDefault="00000000">
      <w:pPr>
        <w:pStyle w:val="Listapunktowana"/>
      </w:pPr>
      <w:r>
        <w:t>Ocena opisowa odnosi się do poziomu i postępów ucznia w stosunku do wymagań oraz wskazuje potrzeby rozwojowe i edukacyjne.</w:t>
      </w:r>
    </w:p>
    <w:p w14:paraId="170E5912" w14:textId="77777777" w:rsidR="000F41D8" w:rsidRDefault="00000000">
      <w:pPr>
        <w:pStyle w:val="Listapunktowana"/>
      </w:pPr>
      <w:r>
        <w:t>W ocenianiu bieżącym należy preferować informacje użyteczne dla dziecka: „co już potrafię”, „nad czym pracuję”, „jaki jest następny krok”.</w:t>
      </w:r>
    </w:p>
    <w:p w14:paraId="1C7BB5FF" w14:textId="77777777" w:rsidR="000F41D8" w:rsidRDefault="00000000">
      <w:pPr>
        <w:pStyle w:val="Listapunktowana"/>
      </w:pPr>
      <w:r>
        <w:t>Nie należy utożsamiać poziomów 1–4 z ocenami 1–6. Jeżeli statut szkoły przewiduje oceny bieżące w określonej formie, niniejsze poziomy służą jako narzędzie opisu osiągnięcia, a sposób zapisu musi być zgodny ze statutem.</w:t>
      </w:r>
    </w:p>
    <w:p w14:paraId="5101C2CA" w14:textId="77777777" w:rsidR="000F41D8" w:rsidRDefault="00000000">
      <w:pPr>
        <w:pStyle w:val="Listapunktowana"/>
      </w:pPr>
      <w:r>
        <w:t>Podstawą oceny jest przede wszystkim rzeczywiste osiągnięcie ucznia, jego postęp i stopień samodzielności, a nie porównywanie z innymi dziećmi.</w:t>
      </w:r>
    </w:p>
    <w:p w14:paraId="4B9AA057" w14:textId="77777777" w:rsidR="000F41D8" w:rsidRDefault="00000000">
      <w:pPr>
        <w:pStyle w:val="Listapunktowana"/>
      </w:pPr>
      <w:r>
        <w:t>W klasie I należy uwzględniać okres adaptacyjny i rozwój kompetencji szkolnych: organizację pracy, rozumienie instrukcji, stopniowe wydłużanie koncentracji i samodzielność.</w:t>
      </w:r>
    </w:p>
    <w:p w14:paraId="06060519" w14:textId="77777777" w:rsidR="000F41D8" w:rsidRDefault="00000000">
      <w:pPr>
        <w:pStyle w:val="Listapunktowana"/>
      </w:pPr>
      <w:r>
        <w:t>Przy ustalaniu oceny nie należy karać ucznia za trudność, która wynika z rozpoznanych potrzeb i wymaga dostosowania zgodnego z przepisami.</w:t>
      </w:r>
    </w:p>
    <w:p w14:paraId="2FFE3B3E" w14:textId="77777777" w:rsidR="000F41D8" w:rsidRDefault="00000000">
      <w:pPr>
        <w:pStyle w:val="Listapunktowana"/>
      </w:pPr>
      <w:r>
        <w:t>Informacja zwrotna powinna być konkretna, życzliwa i możliwa do zastosowania przez dziecko.</w:t>
      </w:r>
    </w:p>
    <w:p w14:paraId="473384FA" w14:textId="77777777" w:rsidR="000F41D8" w:rsidRDefault="00000000">
      <w:pPr>
        <w:pStyle w:val="Nagwek2"/>
      </w:pPr>
      <w:r>
        <w:lastRenderedPageBreak/>
        <w:t>Przykładowy model informacji zwrotnej</w:t>
      </w:r>
    </w:p>
    <w:p w14:paraId="1E81414A" w14:textId="77777777" w:rsidR="000F41D8" w:rsidRDefault="00000000">
      <w:pPr>
        <w:pStyle w:val="Listapunktowana"/>
      </w:pPr>
      <w:r>
        <w:t>„Potrafisz…” – wskazanie konkretnego osiągnięcia.</w:t>
      </w:r>
    </w:p>
    <w:p w14:paraId="5FB27EE2" w14:textId="77777777" w:rsidR="000F41D8" w:rsidRDefault="00000000">
      <w:pPr>
        <w:pStyle w:val="Listapunktowana"/>
      </w:pPr>
      <w:r>
        <w:t>„Jeszcze pracujesz nad…” – wskazanie jednego najważniejszego obszaru.</w:t>
      </w:r>
    </w:p>
    <w:p w14:paraId="5DBA9D7C" w14:textId="77777777" w:rsidR="000F41D8" w:rsidRDefault="00000000">
      <w:pPr>
        <w:pStyle w:val="Listapunktowana"/>
      </w:pPr>
      <w:r>
        <w:t>„Spróbuj…” – konkretna strategia lub kolejny krok.</w:t>
      </w:r>
    </w:p>
    <w:p w14:paraId="5B3881C6" w14:textId="77777777" w:rsidR="000F41D8" w:rsidRDefault="00000000">
      <w:pPr>
        <w:pStyle w:val="Listapunktowana"/>
      </w:pPr>
      <w:r>
        <w:t>„Następnym razem sprawdź…” – prosta wskazówka do samokontroli.</w:t>
      </w:r>
    </w:p>
    <w:p w14:paraId="21D78011" w14:textId="77777777" w:rsidR="000F41D8" w:rsidRDefault="00000000">
      <w:pPr>
        <w:pStyle w:val="Nagwek1"/>
      </w:pPr>
      <w:r>
        <w:t>10. Tabela wymagań do wykorzystania w praktyce</w:t>
      </w:r>
    </w:p>
    <w:p w14:paraId="6358DEAC" w14:textId="77777777" w:rsidR="000F41D8" w:rsidRDefault="00000000">
      <w:r>
        <w:t>Tabela może być używana jako arkusz monitorowania. Poziom oznacza aktualny stopień osiągnięcia konkretnego wymagania, a nie ocenę cyfrową.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306"/>
        <w:gridCol w:w="1956"/>
        <w:gridCol w:w="1283"/>
        <w:gridCol w:w="1383"/>
        <w:gridCol w:w="1450"/>
        <w:gridCol w:w="1584"/>
      </w:tblGrid>
      <w:tr w:rsidR="000F41D8" w14:paraId="5FCEB5AC" w14:textId="77777777">
        <w:trPr>
          <w:tblHeader/>
          <w:jc w:val="center"/>
        </w:trPr>
        <w:tc>
          <w:tcPr>
            <w:tcW w:w="1624" w:type="dxa"/>
            <w:shd w:val="clear" w:color="auto" w:fill="D9EAF7"/>
          </w:tcPr>
          <w:p w14:paraId="636345CC" w14:textId="77777777" w:rsidR="000F41D8" w:rsidRDefault="00000000">
            <w:r>
              <w:t>Obszar edukacji</w:t>
            </w:r>
          </w:p>
        </w:tc>
        <w:tc>
          <w:tcPr>
            <w:tcW w:w="1624" w:type="dxa"/>
            <w:shd w:val="clear" w:color="auto" w:fill="D9EAF7"/>
          </w:tcPr>
          <w:p w14:paraId="727990BA" w14:textId="77777777" w:rsidR="000F41D8" w:rsidRDefault="00000000">
            <w:r>
              <w:t>Wymaganie szczegółowe – uczeń…</w:t>
            </w:r>
          </w:p>
        </w:tc>
        <w:tc>
          <w:tcPr>
            <w:tcW w:w="1624" w:type="dxa"/>
            <w:shd w:val="clear" w:color="auto" w:fill="D9EAF7"/>
          </w:tcPr>
          <w:p w14:paraId="3CB225CF" w14:textId="77777777" w:rsidR="000F41D8" w:rsidRDefault="00000000">
            <w:r>
              <w:t>Minimum / osiągnięcie konieczne</w:t>
            </w:r>
          </w:p>
        </w:tc>
        <w:tc>
          <w:tcPr>
            <w:tcW w:w="1624" w:type="dxa"/>
            <w:shd w:val="clear" w:color="auto" w:fill="D9EAF7"/>
          </w:tcPr>
          <w:p w14:paraId="196141F4" w14:textId="77777777" w:rsidR="000F41D8" w:rsidRDefault="00000000">
            <w:r>
              <w:t>Poziom podstawowy</w:t>
            </w:r>
          </w:p>
        </w:tc>
        <w:tc>
          <w:tcPr>
            <w:tcW w:w="1624" w:type="dxa"/>
            <w:shd w:val="clear" w:color="auto" w:fill="D9EAF7"/>
          </w:tcPr>
          <w:p w14:paraId="432BF99E" w14:textId="77777777" w:rsidR="000F41D8" w:rsidRDefault="00000000">
            <w:r>
              <w:t>Poziom rozszerzony / bardzo dobry</w:t>
            </w:r>
          </w:p>
        </w:tc>
        <w:tc>
          <w:tcPr>
            <w:tcW w:w="1624" w:type="dxa"/>
            <w:shd w:val="clear" w:color="auto" w:fill="D9EAF7"/>
          </w:tcPr>
          <w:p w14:paraId="09140349" w14:textId="77777777" w:rsidR="000F41D8" w:rsidRDefault="00000000">
            <w:r>
              <w:t>Sposób monitorowania</w:t>
            </w:r>
          </w:p>
        </w:tc>
      </w:tr>
      <w:tr w:rsidR="000F41D8" w14:paraId="06C41FA8" w14:textId="77777777">
        <w:trPr>
          <w:jc w:val="center"/>
        </w:trPr>
        <w:tc>
          <w:tcPr>
            <w:tcW w:w="1624" w:type="dxa"/>
          </w:tcPr>
          <w:p w14:paraId="181C837E" w14:textId="77777777" w:rsidR="000F41D8" w:rsidRDefault="00000000">
            <w:r>
              <w:t>Edukacja polonistyczna</w:t>
            </w:r>
          </w:p>
        </w:tc>
        <w:tc>
          <w:tcPr>
            <w:tcW w:w="1624" w:type="dxa"/>
          </w:tcPr>
          <w:p w14:paraId="18ED43DB" w14:textId="77777777" w:rsidR="000F41D8" w:rsidRDefault="00000000">
            <w:r>
              <w:t>Uczeń uważnie słucha krótkiej wypowiedzi nauczyciela lub rówieśnika i wykonuje związane z nią polecenie.</w:t>
            </w:r>
          </w:p>
        </w:tc>
        <w:tc>
          <w:tcPr>
            <w:tcW w:w="1624" w:type="dxa"/>
          </w:tcPr>
          <w:p w14:paraId="6150DC2F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761BD6AE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2507C8B9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36AC3042" w14:textId="77777777" w:rsidR="000F41D8" w:rsidRDefault="00000000">
            <w:r>
              <w:t>obserwacja / zadanie praktyczne / praca ucznia</w:t>
            </w:r>
          </w:p>
        </w:tc>
      </w:tr>
      <w:tr w:rsidR="000F41D8" w14:paraId="691BA407" w14:textId="77777777">
        <w:trPr>
          <w:jc w:val="center"/>
        </w:trPr>
        <w:tc>
          <w:tcPr>
            <w:tcW w:w="1624" w:type="dxa"/>
          </w:tcPr>
          <w:p w14:paraId="2CFF350B" w14:textId="77777777" w:rsidR="000F41D8" w:rsidRDefault="00000000">
            <w:r>
              <w:t>Edukacja polonistyczna</w:t>
            </w:r>
          </w:p>
        </w:tc>
        <w:tc>
          <w:tcPr>
            <w:tcW w:w="1624" w:type="dxa"/>
          </w:tcPr>
          <w:p w14:paraId="55A2A5A3" w14:textId="77777777" w:rsidR="000F41D8" w:rsidRDefault="00000000">
            <w:r>
              <w:t>Uczeń wyodrębnia podstawowe informacje z wysłuchanego tekstu i odpowiada na pytania dotyczące jego treści.</w:t>
            </w:r>
          </w:p>
        </w:tc>
        <w:tc>
          <w:tcPr>
            <w:tcW w:w="1624" w:type="dxa"/>
          </w:tcPr>
          <w:p w14:paraId="5BB9325C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6ACDCC96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742E762C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3578748A" w14:textId="77777777" w:rsidR="000F41D8" w:rsidRDefault="00000000">
            <w:r>
              <w:t>obserwacja / zadanie praktyczne / praca ucznia</w:t>
            </w:r>
          </w:p>
        </w:tc>
      </w:tr>
      <w:tr w:rsidR="000F41D8" w14:paraId="4C4985FB" w14:textId="77777777">
        <w:trPr>
          <w:jc w:val="center"/>
        </w:trPr>
        <w:tc>
          <w:tcPr>
            <w:tcW w:w="1624" w:type="dxa"/>
          </w:tcPr>
          <w:p w14:paraId="64708ED6" w14:textId="77777777" w:rsidR="000F41D8" w:rsidRDefault="00000000">
            <w:r>
              <w:t>Edukacja polonistyczna</w:t>
            </w:r>
          </w:p>
        </w:tc>
        <w:tc>
          <w:tcPr>
            <w:tcW w:w="1624" w:type="dxa"/>
          </w:tcPr>
          <w:p w14:paraId="4D248FF8" w14:textId="77777777" w:rsidR="000F41D8" w:rsidRDefault="00000000">
            <w:r>
              <w:t>Uczeń rozpoznaje bohaterów, miejsce i najważniejsze wydarzenia w krótkim utworze.</w:t>
            </w:r>
          </w:p>
        </w:tc>
        <w:tc>
          <w:tcPr>
            <w:tcW w:w="1624" w:type="dxa"/>
          </w:tcPr>
          <w:p w14:paraId="0EB3E9F9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2723B6DF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202B5272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39069331" w14:textId="77777777" w:rsidR="000F41D8" w:rsidRDefault="00000000">
            <w:r>
              <w:t>obserwacja / zadanie praktyczne / praca ucznia</w:t>
            </w:r>
          </w:p>
        </w:tc>
      </w:tr>
      <w:tr w:rsidR="000F41D8" w14:paraId="65D51D01" w14:textId="77777777">
        <w:trPr>
          <w:jc w:val="center"/>
        </w:trPr>
        <w:tc>
          <w:tcPr>
            <w:tcW w:w="1624" w:type="dxa"/>
          </w:tcPr>
          <w:p w14:paraId="3BA5DD74" w14:textId="77777777" w:rsidR="000F41D8" w:rsidRDefault="00000000">
            <w:r>
              <w:t>Edukacja polonistyczna</w:t>
            </w:r>
          </w:p>
        </w:tc>
        <w:tc>
          <w:tcPr>
            <w:tcW w:w="1624" w:type="dxa"/>
          </w:tcPr>
          <w:p w14:paraId="652D7ADD" w14:textId="77777777" w:rsidR="000F41D8" w:rsidRDefault="00000000">
            <w:r>
              <w:t>Uczeń wypowiada się na temat bliski własnym doświadczeniom, stosując proste zdania.</w:t>
            </w:r>
          </w:p>
        </w:tc>
        <w:tc>
          <w:tcPr>
            <w:tcW w:w="1624" w:type="dxa"/>
          </w:tcPr>
          <w:p w14:paraId="1CCF5451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58E26DB5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0197A122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310D49CD" w14:textId="77777777" w:rsidR="000F41D8" w:rsidRDefault="00000000">
            <w:r>
              <w:t>obserwacja / zadanie praktyczne / praca ucznia</w:t>
            </w:r>
          </w:p>
        </w:tc>
      </w:tr>
      <w:tr w:rsidR="000F41D8" w14:paraId="60023361" w14:textId="77777777">
        <w:trPr>
          <w:jc w:val="center"/>
        </w:trPr>
        <w:tc>
          <w:tcPr>
            <w:tcW w:w="1624" w:type="dxa"/>
          </w:tcPr>
          <w:p w14:paraId="3BC6AB68" w14:textId="77777777" w:rsidR="000F41D8" w:rsidRDefault="00000000">
            <w:r>
              <w:t xml:space="preserve">Edukacja </w:t>
            </w:r>
            <w:r>
              <w:lastRenderedPageBreak/>
              <w:t>polonistyczna</w:t>
            </w:r>
          </w:p>
        </w:tc>
        <w:tc>
          <w:tcPr>
            <w:tcW w:w="1624" w:type="dxa"/>
          </w:tcPr>
          <w:p w14:paraId="4FAA967D" w14:textId="77777777" w:rsidR="000F41D8" w:rsidRDefault="00000000">
            <w:r>
              <w:lastRenderedPageBreak/>
              <w:t xml:space="preserve">Uczeń odpowiada </w:t>
            </w:r>
            <w:r>
              <w:lastRenderedPageBreak/>
              <w:t>na pytania i formułuje proste pytania do rozmówcy.</w:t>
            </w:r>
          </w:p>
        </w:tc>
        <w:tc>
          <w:tcPr>
            <w:tcW w:w="1624" w:type="dxa"/>
          </w:tcPr>
          <w:p w14:paraId="5E5C0DDA" w14:textId="77777777" w:rsidR="000F41D8" w:rsidRDefault="00000000">
            <w:r>
              <w:lastRenderedPageBreak/>
              <w:t xml:space="preserve">wykonuje z </w:t>
            </w:r>
            <w:r>
              <w:lastRenderedPageBreak/>
              <w:t>pomocą lub według wzoru</w:t>
            </w:r>
          </w:p>
        </w:tc>
        <w:tc>
          <w:tcPr>
            <w:tcW w:w="1624" w:type="dxa"/>
          </w:tcPr>
          <w:p w14:paraId="0C8C593D" w14:textId="77777777" w:rsidR="000F41D8" w:rsidRDefault="00000000">
            <w:r>
              <w:lastRenderedPageBreak/>
              <w:t xml:space="preserve">wykonuje w </w:t>
            </w:r>
            <w:r>
              <w:lastRenderedPageBreak/>
              <w:t>znanej sytuacji z niewielką pomocą</w:t>
            </w:r>
          </w:p>
        </w:tc>
        <w:tc>
          <w:tcPr>
            <w:tcW w:w="1624" w:type="dxa"/>
          </w:tcPr>
          <w:p w14:paraId="7F4821FE" w14:textId="77777777" w:rsidR="000F41D8" w:rsidRDefault="00000000">
            <w:r>
              <w:lastRenderedPageBreak/>
              <w:t xml:space="preserve">wykonuje </w:t>
            </w:r>
            <w:r>
              <w:lastRenderedPageBreak/>
              <w:t>samodzielnie i stosuje w podobnej nowej sytuacji</w:t>
            </w:r>
          </w:p>
        </w:tc>
        <w:tc>
          <w:tcPr>
            <w:tcW w:w="1624" w:type="dxa"/>
          </w:tcPr>
          <w:p w14:paraId="0D4D0D41" w14:textId="77777777" w:rsidR="000F41D8" w:rsidRDefault="00000000">
            <w:r>
              <w:lastRenderedPageBreak/>
              <w:t xml:space="preserve">obserwacja / </w:t>
            </w:r>
            <w:r>
              <w:lastRenderedPageBreak/>
              <w:t>zadanie praktyczne / praca ucznia</w:t>
            </w:r>
          </w:p>
        </w:tc>
      </w:tr>
      <w:tr w:rsidR="000F41D8" w14:paraId="7B327CC1" w14:textId="77777777">
        <w:trPr>
          <w:jc w:val="center"/>
        </w:trPr>
        <w:tc>
          <w:tcPr>
            <w:tcW w:w="1624" w:type="dxa"/>
          </w:tcPr>
          <w:p w14:paraId="4F79F5FE" w14:textId="77777777" w:rsidR="000F41D8" w:rsidRDefault="00000000">
            <w:r>
              <w:lastRenderedPageBreak/>
              <w:t>Edukacja polonistyczna</w:t>
            </w:r>
          </w:p>
        </w:tc>
        <w:tc>
          <w:tcPr>
            <w:tcW w:w="1624" w:type="dxa"/>
          </w:tcPr>
          <w:p w14:paraId="14DEDE61" w14:textId="77777777" w:rsidR="000F41D8" w:rsidRDefault="00000000">
            <w:r>
              <w:t>Uczeń przestrzega podstawowych zasad rozmowy: słucha, nie przerywa, czeka na swoją kolej i odnosi się z szacunkiem.</w:t>
            </w:r>
          </w:p>
        </w:tc>
        <w:tc>
          <w:tcPr>
            <w:tcW w:w="1624" w:type="dxa"/>
          </w:tcPr>
          <w:p w14:paraId="4505DF31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0D503E3C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5A7038B2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1E3BE7A6" w14:textId="77777777" w:rsidR="000F41D8" w:rsidRDefault="00000000">
            <w:r>
              <w:t>obserwacja / zadanie praktyczne / praca ucznia</w:t>
            </w:r>
          </w:p>
        </w:tc>
      </w:tr>
      <w:tr w:rsidR="000F41D8" w14:paraId="53F351CB" w14:textId="77777777">
        <w:trPr>
          <w:jc w:val="center"/>
        </w:trPr>
        <w:tc>
          <w:tcPr>
            <w:tcW w:w="1624" w:type="dxa"/>
          </w:tcPr>
          <w:p w14:paraId="5AE8F3D2" w14:textId="77777777" w:rsidR="000F41D8" w:rsidRDefault="00000000">
            <w:r>
              <w:t>Edukacja polonistyczna</w:t>
            </w:r>
          </w:p>
        </w:tc>
        <w:tc>
          <w:tcPr>
            <w:tcW w:w="1624" w:type="dxa"/>
          </w:tcPr>
          <w:p w14:paraId="35DE94EF" w14:textId="77777777" w:rsidR="000F41D8" w:rsidRDefault="00000000">
            <w:r>
              <w:t>Uczeń dokonuje analizy i syntezy słuchowej prostych wyrazów.</w:t>
            </w:r>
          </w:p>
        </w:tc>
        <w:tc>
          <w:tcPr>
            <w:tcW w:w="1624" w:type="dxa"/>
          </w:tcPr>
          <w:p w14:paraId="37045FE7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3DDFFAE8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54A975E4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041C7CFB" w14:textId="77777777" w:rsidR="000F41D8" w:rsidRDefault="00000000">
            <w:r>
              <w:t>obserwacja / zadanie praktyczne / praca ucznia</w:t>
            </w:r>
          </w:p>
        </w:tc>
      </w:tr>
      <w:tr w:rsidR="000F41D8" w14:paraId="381DFC6C" w14:textId="77777777">
        <w:trPr>
          <w:jc w:val="center"/>
        </w:trPr>
        <w:tc>
          <w:tcPr>
            <w:tcW w:w="1624" w:type="dxa"/>
          </w:tcPr>
          <w:p w14:paraId="3895C3D2" w14:textId="77777777" w:rsidR="000F41D8" w:rsidRDefault="00000000">
            <w:r>
              <w:t>Edukacja polonistyczna</w:t>
            </w:r>
          </w:p>
        </w:tc>
        <w:tc>
          <w:tcPr>
            <w:tcW w:w="1624" w:type="dxa"/>
          </w:tcPr>
          <w:p w14:paraId="6486186B" w14:textId="77777777" w:rsidR="000F41D8" w:rsidRDefault="00000000">
            <w:r>
              <w:t>Uczeń rozpoznaje poznane litery i łączy je z odpowiadającymi im głoskami.</w:t>
            </w:r>
          </w:p>
        </w:tc>
        <w:tc>
          <w:tcPr>
            <w:tcW w:w="1624" w:type="dxa"/>
          </w:tcPr>
          <w:p w14:paraId="0763A581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14D0F72B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2FA6F407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32EC8E5B" w14:textId="77777777" w:rsidR="000F41D8" w:rsidRDefault="00000000">
            <w:r>
              <w:t>obserwacja / zadanie praktyczne / praca ucznia</w:t>
            </w:r>
          </w:p>
        </w:tc>
      </w:tr>
      <w:tr w:rsidR="000F41D8" w14:paraId="0711A0CF" w14:textId="77777777">
        <w:trPr>
          <w:jc w:val="center"/>
        </w:trPr>
        <w:tc>
          <w:tcPr>
            <w:tcW w:w="1624" w:type="dxa"/>
          </w:tcPr>
          <w:p w14:paraId="71697A06" w14:textId="77777777" w:rsidR="000F41D8" w:rsidRDefault="00000000">
            <w:r>
              <w:t>Edukacja polonistyczna</w:t>
            </w:r>
          </w:p>
        </w:tc>
        <w:tc>
          <w:tcPr>
            <w:tcW w:w="1624" w:type="dxa"/>
          </w:tcPr>
          <w:p w14:paraId="767B1A42" w14:textId="77777777" w:rsidR="000F41D8" w:rsidRDefault="00000000">
            <w:r>
              <w:t>Uczeń odczytuje sylaby, proste wyrazy i zdania adekwatne do etapu nauki.</w:t>
            </w:r>
          </w:p>
        </w:tc>
        <w:tc>
          <w:tcPr>
            <w:tcW w:w="1624" w:type="dxa"/>
          </w:tcPr>
          <w:p w14:paraId="6BAB4D56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25C2C3B8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3BDB3DD7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64E02C55" w14:textId="77777777" w:rsidR="000F41D8" w:rsidRDefault="00000000">
            <w:r>
              <w:t>obserwacja / zadanie praktyczne / praca ucznia</w:t>
            </w:r>
          </w:p>
        </w:tc>
      </w:tr>
      <w:tr w:rsidR="000F41D8" w14:paraId="4E2AFC1E" w14:textId="77777777">
        <w:trPr>
          <w:jc w:val="center"/>
        </w:trPr>
        <w:tc>
          <w:tcPr>
            <w:tcW w:w="1624" w:type="dxa"/>
          </w:tcPr>
          <w:p w14:paraId="4A52D634" w14:textId="77777777" w:rsidR="000F41D8" w:rsidRDefault="00000000">
            <w:r>
              <w:t>Edukacja polonistyczna</w:t>
            </w:r>
          </w:p>
        </w:tc>
        <w:tc>
          <w:tcPr>
            <w:tcW w:w="1624" w:type="dxa"/>
          </w:tcPr>
          <w:p w14:paraId="66F05AC9" w14:textId="77777777" w:rsidR="000F41D8" w:rsidRDefault="00000000">
            <w:r>
              <w:t>Uczeń prawidłowo posługuje się przyborem do pisania i odwzorowuje poznane znaki.</w:t>
            </w:r>
          </w:p>
        </w:tc>
        <w:tc>
          <w:tcPr>
            <w:tcW w:w="1624" w:type="dxa"/>
          </w:tcPr>
          <w:p w14:paraId="2DD7BF51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48D3484A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6C890BC2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6094F940" w14:textId="77777777" w:rsidR="000F41D8" w:rsidRDefault="00000000">
            <w:r>
              <w:t>obserwacja / zadanie praktyczne / praca ucznia</w:t>
            </w:r>
          </w:p>
        </w:tc>
      </w:tr>
      <w:tr w:rsidR="000F41D8" w14:paraId="6EF6BDAF" w14:textId="77777777">
        <w:trPr>
          <w:jc w:val="center"/>
        </w:trPr>
        <w:tc>
          <w:tcPr>
            <w:tcW w:w="1624" w:type="dxa"/>
          </w:tcPr>
          <w:p w14:paraId="6216EC01" w14:textId="77777777" w:rsidR="000F41D8" w:rsidRDefault="00000000">
            <w:r>
              <w:t xml:space="preserve">Edukacja </w:t>
            </w:r>
            <w:r>
              <w:lastRenderedPageBreak/>
              <w:t>polonistyczna</w:t>
            </w:r>
          </w:p>
        </w:tc>
        <w:tc>
          <w:tcPr>
            <w:tcW w:w="1624" w:type="dxa"/>
          </w:tcPr>
          <w:p w14:paraId="2468CBCA" w14:textId="77777777" w:rsidR="000F41D8" w:rsidRDefault="00000000">
            <w:r>
              <w:lastRenderedPageBreak/>
              <w:t xml:space="preserve">Uczeń zapisuje </w:t>
            </w:r>
            <w:r>
              <w:lastRenderedPageBreak/>
              <w:t>poznane litery, sylaby, wyrazy i proste zdania.</w:t>
            </w:r>
          </w:p>
        </w:tc>
        <w:tc>
          <w:tcPr>
            <w:tcW w:w="1624" w:type="dxa"/>
          </w:tcPr>
          <w:p w14:paraId="635ECDA9" w14:textId="77777777" w:rsidR="000F41D8" w:rsidRDefault="00000000">
            <w:r>
              <w:lastRenderedPageBreak/>
              <w:t xml:space="preserve">wykonuje z </w:t>
            </w:r>
            <w:r>
              <w:lastRenderedPageBreak/>
              <w:t>pomocą lub według wzoru</w:t>
            </w:r>
          </w:p>
        </w:tc>
        <w:tc>
          <w:tcPr>
            <w:tcW w:w="1624" w:type="dxa"/>
          </w:tcPr>
          <w:p w14:paraId="4704BEF6" w14:textId="77777777" w:rsidR="000F41D8" w:rsidRDefault="00000000">
            <w:r>
              <w:lastRenderedPageBreak/>
              <w:t xml:space="preserve">wykonuje w </w:t>
            </w:r>
            <w:r>
              <w:lastRenderedPageBreak/>
              <w:t>znanej sytuacji z niewielką pomocą</w:t>
            </w:r>
          </w:p>
        </w:tc>
        <w:tc>
          <w:tcPr>
            <w:tcW w:w="1624" w:type="dxa"/>
          </w:tcPr>
          <w:p w14:paraId="1C1EB2CB" w14:textId="77777777" w:rsidR="000F41D8" w:rsidRDefault="00000000">
            <w:r>
              <w:lastRenderedPageBreak/>
              <w:t xml:space="preserve">wykonuje </w:t>
            </w:r>
            <w:r>
              <w:lastRenderedPageBreak/>
              <w:t>samodzielnie i stosuje w podobnej nowej sytuacji</w:t>
            </w:r>
          </w:p>
        </w:tc>
        <w:tc>
          <w:tcPr>
            <w:tcW w:w="1624" w:type="dxa"/>
          </w:tcPr>
          <w:p w14:paraId="60BDDDE6" w14:textId="77777777" w:rsidR="000F41D8" w:rsidRDefault="00000000">
            <w:r>
              <w:lastRenderedPageBreak/>
              <w:t xml:space="preserve">obserwacja / </w:t>
            </w:r>
            <w:r>
              <w:lastRenderedPageBreak/>
              <w:t>zadanie praktyczne / praca ucznia</w:t>
            </w:r>
          </w:p>
        </w:tc>
      </w:tr>
      <w:tr w:rsidR="000F41D8" w14:paraId="4F8D6C74" w14:textId="77777777">
        <w:trPr>
          <w:jc w:val="center"/>
        </w:trPr>
        <w:tc>
          <w:tcPr>
            <w:tcW w:w="1624" w:type="dxa"/>
          </w:tcPr>
          <w:p w14:paraId="0AD7C974" w14:textId="77777777" w:rsidR="000F41D8" w:rsidRDefault="00000000">
            <w:r>
              <w:lastRenderedPageBreak/>
              <w:t>Edukacja polonistyczna</w:t>
            </w:r>
          </w:p>
        </w:tc>
        <w:tc>
          <w:tcPr>
            <w:tcW w:w="1624" w:type="dxa"/>
          </w:tcPr>
          <w:p w14:paraId="135829C1" w14:textId="77777777" w:rsidR="000F41D8" w:rsidRDefault="00000000">
            <w:r>
              <w:t>Uczeń przepisuje krótki tekst, zachowując jego podstawowy układ.</w:t>
            </w:r>
          </w:p>
        </w:tc>
        <w:tc>
          <w:tcPr>
            <w:tcW w:w="1624" w:type="dxa"/>
          </w:tcPr>
          <w:p w14:paraId="384696F2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0719A6D9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7E2279A4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0BA18C3B" w14:textId="77777777" w:rsidR="000F41D8" w:rsidRDefault="00000000">
            <w:r>
              <w:t>obserwacja / zadanie praktyczne / praca ucznia</w:t>
            </w:r>
          </w:p>
        </w:tc>
      </w:tr>
      <w:tr w:rsidR="000F41D8" w14:paraId="01F45934" w14:textId="77777777">
        <w:trPr>
          <w:jc w:val="center"/>
        </w:trPr>
        <w:tc>
          <w:tcPr>
            <w:tcW w:w="1624" w:type="dxa"/>
          </w:tcPr>
          <w:p w14:paraId="7F8680BE" w14:textId="77777777" w:rsidR="000F41D8" w:rsidRDefault="00000000">
            <w:r>
              <w:t>Edukacja polonistyczna</w:t>
            </w:r>
          </w:p>
        </w:tc>
        <w:tc>
          <w:tcPr>
            <w:tcW w:w="1624" w:type="dxa"/>
          </w:tcPr>
          <w:p w14:paraId="6605FAB9" w14:textId="77777777" w:rsidR="000F41D8" w:rsidRDefault="00000000">
            <w:r>
              <w:t>Uczeń słucha utworów literackich dla dzieci i potrafi powiedzieć, co w nich było dla niego ważne lub ciekawe.</w:t>
            </w:r>
          </w:p>
        </w:tc>
        <w:tc>
          <w:tcPr>
            <w:tcW w:w="1624" w:type="dxa"/>
          </w:tcPr>
          <w:p w14:paraId="0E70753C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0B4E331A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520B17AE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0E9840A3" w14:textId="77777777" w:rsidR="000F41D8" w:rsidRDefault="00000000">
            <w:r>
              <w:t>obserwacja / zadanie praktyczne / praca ucznia</w:t>
            </w:r>
          </w:p>
        </w:tc>
      </w:tr>
      <w:tr w:rsidR="000F41D8" w14:paraId="1BA5288D" w14:textId="77777777">
        <w:trPr>
          <w:jc w:val="center"/>
        </w:trPr>
        <w:tc>
          <w:tcPr>
            <w:tcW w:w="1624" w:type="dxa"/>
          </w:tcPr>
          <w:p w14:paraId="160EC4E8" w14:textId="77777777" w:rsidR="000F41D8" w:rsidRDefault="00000000">
            <w:r>
              <w:t>Edukacja polonistyczna</w:t>
            </w:r>
          </w:p>
        </w:tc>
        <w:tc>
          <w:tcPr>
            <w:tcW w:w="1624" w:type="dxa"/>
          </w:tcPr>
          <w:p w14:paraId="4FA4C7C8" w14:textId="77777777" w:rsidR="000F41D8" w:rsidRDefault="00000000">
            <w:r>
              <w:t>Uczeń rozpoznaje podstawowe elementy świata przedstawionego w opowiadaniu, baśni lub wierszu.</w:t>
            </w:r>
          </w:p>
        </w:tc>
        <w:tc>
          <w:tcPr>
            <w:tcW w:w="1624" w:type="dxa"/>
          </w:tcPr>
          <w:p w14:paraId="7F9129C8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7EFCCD98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43684ECF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13A42827" w14:textId="77777777" w:rsidR="000F41D8" w:rsidRDefault="00000000">
            <w:r>
              <w:t>obserwacja / zadanie praktyczne / praca ucznia</w:t>
            </w:r>
          </w:p>
        </w:tc>
      </w:tr>
      <w:tr w:rsidR="000F41D8" w14:paraId="206C7AB1" w14:textId="77777777">
        <w:trPr>
          <w:jc w:val="center"/>
        </w:trPr>
        <w:tc>
          <w:tcPr>
            <w:tcW w:w="1624" w:type="dxa"/>
          </w:tcPr>
          <w:p w14:paraId="2A116E88" w14:textId="77777777" w:rsidR="000F41D8" w:rsidRDefault="00000000">
            <w:r>
              <w:t>Edukacja polonistyczna</w:t>
            </w:r>
          </w:p>
        </w:tc>
        <w:tc>
          <w:tcPr>
            <w:tcW w:w="1624" w:type="dxa"/>
          </w:tcPr>
          <w:p w14:paraId="79CA31EB" w14:textId="77777777" w:rsidR="000F41D8" w:rsidRDefault="00000000">
            <w:r>
              <w:t>Uczeń wybiera książkę lub tekst odpowiedni do swoich zainteresowań i potrafi krótko uzasadnić wybór.</w:t>
            </w:r>
          </w:p>
        </w:tc>
        <w:tc>
          <w:tcPr>
            <w:tcW w:w="1624" w:type="dxa"/>
          </w:tcPr>
          <w:p w14:paraId="5CE9EE65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156B736F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56381B86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4184D858" w14:textId="77777777" w:rsidR="000F41D8" w:rsidRDefault="00000000">
            <w:r>
              <w:t>obserwacja / zadanie praktyczne / praca ucznia</w:t>
            </w:r>
          </w:p>
        </w:tc>
      </w:tr>
      <w:tr w:rsidR="000F41D8" w14:paraId="3FD6376E" w14:textId="77777777">
        <w:trPr>
          <w:jc w:val="center"/>
        </w:trPr>
        <w:tc>
          <w:tcPr>
            <w:tcW w:w="1624" w:type="dxa"/>
          </w:tcPr>
          <w:p w14:paraId="7CABA027" w14:textId="77777777" w:rsidR="000F41D8" w:rsidRDefault="00000000">
            <w:r>
              <w:t>Edukacja matematyczna</w:t>
            </w:r>
          </w:p>
        </w:tc>
        <w:tc>
          <w:tcPr>
            <w:tcW w:w="1624" w:type="dxa"/>
          </w:tcPr>
          <w:p w14:paraId="5F2BFFC9" w14:textId="77777777" w:rsidR="000F41D8" w:rsidRDefault="00000000">
            <w:r>
              <w:t xml:space="preserve">Uczeń określa położenie przedmiotów względem siebie, posługując się określeniami: nad, pod, obok, przed, za, między, blisko, </w:t>
            </w:r>
            <w:r>
              <w:lastRenderedPageBreak/>
              <w:t>daleko.</w:t>
            </w:r>
          </w:p>
        </w:tc>
        <w:tc>
          <w:tcPr>
            <w:tcW w:w="1624" w:type="dxa"/>
          </w:tcPr>
          <w:p w14:paraId="3600B988" w14:textId="77777777" w:rsidR="000F41D8" w:rsidRDefault="00000000">
            <w:r>
              <w:lastRenderedPageBreak/>
              <w:t>wykonuje z pomocą lub według wzoru</w:t>
            </w:r>
          </w:p>
        </w:tc>
        <w:tc>
          <w:tcPr>
            <w:tcW w:w="1624" w:type="dxa"/>
          </w:tcPr>
          <w:p w14:paraId="54DA6561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5970254F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3E543731" w14:textId="77777777" w:rsidR="000F41D8" w:rsidRDefault="00000000">
            <w:r>
              <w:t>obserwacja / zadanie praktyczne / praca ucznia</w:t>
            </w:r>
          </w:p>
        </w:tc>
      </w:tr>
      <w:tr w:rsidR="000F41D8" w14:paraId="7D1F7799" w14:textId="77777777">
        <w:trPr>
          <w:jc w:val="center"/>
        </w:trPr>
        <w:tc>
          <w:tcPr>
            <w:tcW w:w="1624" w:type="dxa"/>
          </w:tcPr>
          <w:p w14:paraId="18194EA1" w14:textId="77777777" w:rsidR="000F41D8" w:rsidRDefault="00000000">
            <w:r>
              <w:t>Edukacja matematyczna</w:t>
            </w:r>
          </w:p>
        </w:tc>
        <w:tc>
          <w:tcPr>
            <w:tcW w:w="1624" w:type="dxa"/>
          </w:tcPr>
          <w:p w14:paraId="1DEA3DE6" w14:textId="77777777" w:rsidR="000F41D8" w:rsidRDefault="00000000">
            <w:r>
              <w:t>Uczeń rozpoznaje i stosuje podstawowe kierunki: prawo, lewo, góra, dół.</w:t>
            </w:r>
          </w:p>
        </w:tc>
        <w:tc>
          <w:tcPr>
            <w:tcW w:w="1624" w:type="dxa"/>
          </w:tcPr>
          <w:p w14:paraId="3E555801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6B1DE1B9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74695B5B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08E2BAA8" w14:textId="77777777" w:rsidR="000F41D8" w:rsidRDefault="00000000">
            <w:r>
              <w:t>obserwacja / zadanie praktyczne / praca ucznia</w:t>
            </w:r>
          </w:p>
        </w:tc>
      </w:tr>
      <w:tr w:rsidR="000F41D8" w14:paraId="65D124A7" w14:textId="77777777">
        <w:trPr>
          <w:jc w:val="center"/>
        </w:trPr>
        <w:tc>
          <w:tcPr>
            <w:tcW w:w="1624" w:type="dxa"/>
          </w:tcPr>
          <w:p w14:paraId="3B3C2E1B" w14:textId="77777777" w:rsidR="000F41D8" w:rsidRDefault="00000000">
            <w:r>
              <w:t>Edukacja matematyczna</w:t>
            </w:r>
          </w:p>
        </w:tc>
        <w:tc>
          <w:tcPr>
            <w:tcW w:w="1624" w:type="dxa"/>
          </w:tcPr>
          <w:p w14:paraId="0EC18FAA" w14:textId="77777777" w:rsidR="000F41D8" w:rsidRDefault="00000000">
            <w:r>
              <w:t>Uczeń klasyfikuje przedmioty według jednej wskazanej cechy i potrafi wyjaśnić przyjęte kryterium.</w:t>
            </w:r>
          </w:p>
        </w:tc>
        <w:tc>
          <w:tcPr>
            <w:tcW w:w="1624" w:type="dxa"/>
          </w:tcPr>
          <w:p w14:paraId="32B115AB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4E9921B4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63AED566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453D902F" w14:textId="77777777" w:rsidR="000F41D8" w:rsidRDefault="00000000">
            <w:r>
              <w:t>obserwacja / zadanie praktyczne / praca ucznia</w:t>
            </w:r>
          </w:p>
        </w:tc>
      </w:tr>
      <w:tr w:rsidR="000F41D8" w14:paraId="1224264A" w14:textId="77777777">
        <w:trPr>
          <w:jc w:val="center"/>
        </w:trPr>
        <w:tc>
          <w:tcPr>
            <w:tcW w:w="1624" w:type="dxa"/>
          </w:tcPr>
          <w:p w14:paraId="237802BF" w14:textId="77777777" w:rsidR="000F41D8" w:rsidRDefault="00000000">
            <w:r>
              <w:t>Edukacja matematyczna</w:t>
            </w:r>
          </w:p>
        </w:tc>
        <w:tc>
          <w:tcPr>
            <w:tcW w:w="1624" w:type="dxa"/>
          </w:tcPr>
          <w:p w14:paraId="4E0E1853" w14:textId="77777777" w:rsidR="000F41D8" w:rsidRDefault="00000000">
            <w:r>
              <w:t>Uczeń przelicza elementy zbioru, porównuje liczebność i wskazuje, gdzie jest więcej, mniej lub tyle samo.</w:t>
            </w:r>
          </w:p>
        </w:tc>
        <w:tc>
          <w:tcPr>
            <w:tcW w:w="1624" w:type="dxa"/>
          </w:tcPr>
          <w:p w14:paraId="0DC8182C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505418AA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454312F1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393A7195" w14:textId="77777777" w:rsidR="000F41D8" w:rsidRDefault="00000000">
            <w:r>
              <w:t>obserwacja / zadanie praktyczne / praca ucznia</w:t>
            </w:r>
          </w:p>
        </w:tc>
      </w:tr>
      <w:tr w:rsidR="000F41D8" w14:paraId="4C3ADCB7" w14:textId="77777777">
        <w:trPr>
          <w:jc w:val="center"/>
        </w:trPr>
        <w:tc>
          <w:tcPr>
            <w:tcW w:w="1624" w:type="dxa"/>
          </w:tcPr>
          <w:p w14:paraId="0FDDB176" w14:textId="77777777" w:rsidR="000F41D8" w:rsidRDefault="00000000">
            <w:r>
              <w:t>Edukacja matematyczna</w:t>
            </w:r>
          </w:p>
        </w:tc>
        <w:tc>
          <w:tcPr>
            <w:tcW w:w="1624" w:type="dxa"/>
          </w:tcPr>
          <w:p w14:paraId="46EDC7C5" w14:textId="77777777" w:rsidR="000F41D8" w:rsidRDefault="00000000">
            <w:r>
              <w:t>Uczeń odczytuje i zapisuje liczby w zakresie realizowanym w klasie I.</w:t>
            </w:r>
          </w:p>
        </w:tc>
        <w:tc>
          <w:tcPr>
            <w:tcW w:w="1624" w:type="dxa"/>
          </w:tcPr>
          <w:p w14:paraId="2B15AA7B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793A0952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42848A6C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71BF1FFB" w14:textId="77777777" w:rsidR="000F41D8" w:rsidRDefault="00000000">
            <w:r>
              <w:t>obserwacja / zadanie praktyczne / praca ucznia</w:t>
            </w:r>
          </w:p>
        </w:tc>
      </w:tr>
      <w:tr w:rsidR="000F41D8" w14:paraId="6AAC899A" w14:textId="77777777">
        <w:trPr>
          <w:jc w:val="center"/>
        </w:trPr>
        <w:tc>
          <w:tcPr>
            <w:tcW w:w="1624" w:type="dxa"/>
          </w:tcPr>
          <w:p w14:paraId="09322E21" w14:textId="77777777" w:rsidR="000F41D8" w:rsidRDefault="00000000">
            <w:r>
              <w:t>Edukacja matematyczna</w:t>
            </w:r>
          </w:p>
        </w:tc>
        <w:tc>
          <w:tcPr>
            <w:tcW w:w="1624" w:type="dxa"/>
          </w:tcPr>
          <w:p w14:paraId="65204CB4" w14:textId="77777777" w:rsidR="000F41D8" w:rsidRDefault="00000000">
            <w:r>
              <w:t>Uczeń porządkuje liczby rosnąco i malejąco oraz wskazuje poprzednik i następnik.</w:t>
            </w:r>
          </w:p>
        </w:tc>
        <w:tc>
          <w:tcPr>
            <w:tcW w:w="1624" w:type="dxa"/>
          </w:tcPr>
          <w:p w14:paraId="232B6F62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545CBBD9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049F44FC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6D262028" w14:textId="77777777" w:rsidR="000F41D8" w:rsidRDefault="00000000">
            <w:r>
              <w:t>obserwacja / zadanie praktyczne / praca ucznia</w:t>
            </w:r>
          </w:p>
        </w:tc>
      </w:tr>
      <w:tr w:rsidR="000F41D8" w14:paraId="24E57AAB" w14:textId="77777777">
        <w:trPr>
          <w:jc w:val="center"/>
        </w:trPr>
        <w:tc>
          <w:tcPr>
            <w:tcW w:w="1624" w:type="dxa"/>
          </w:tcPr>
          <w:p w14:paraId="7827C883" w14:textId="77777777" w:rsidR="000F41D8" w:rsidRDefault="00000000">
            <w:r>
              <w:t>Edukacja matematyczna</w:t>
            </w:r>
          </w:p>
        </w:tc>
        <w:tc>
          <w:tcPr>
            <w:tcW w:w="1624" w:type="dxa"/>
          </w:tcPr>
          <w:p w14:paraId="29443530" w14:textId="77777777" w:rsidR="000F41D8" w:rsidRDefault="00000000">
            <w:r>
              <w:t xml:space="preserve">Uczeń wykonuje dodawanie i odejmowanie w zakresie przewidzianym programem klasy I, korzystając w </w:t>
            </w:r>
            <w:r>
              <w:lastRenderedPageBreak/>
              <w:t>razie potrzeby z konkretów lub modeli.</w:t>
            </w:r>
          </w:p>
        </w:tc>
        <w:tc>
          <w:tcPr>
            <w:tcW w:w="1624" w:type="dxa"/>
          </w:tcPr>
          <w:p w14:paraId="38B945FC" w14:textId="77777777" w:rsidR="000F41D8" w:rsidRDefault="00000000">
            <w:r>
              <w:lastRenderedPageBreak/>
              <w:t>wykonuje z pomocą lub według wzoru</w:t>
            </w:r>
          </w:p>
        </w:tc>
        <w:tc>
          <w:tcPr>
            <w:tcW w:w="1624" w:type="dxa"/>
          </w:tcPr>
          <w:p w14:paraId="36BE9C54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49801CCE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52DDDFF4" w14:textId="77777777" w:rsidR="000F41D8" w:rsidRDefault="00000000">
            <w:r>
              <w:t>obserwacja / zadanie praktyczne / praca ucznia</w:t>
            </w:r>
          </w:p>
        </w:tc>
      </w:tr>
      <w:tr w:rsidR="000F41D8" w14:paraId="38D2000A" w14:textId="77777777">
        <w:trPr>
          <w:jc w:val="center"/>
        </w:trPr>
        <w:tc>
          <w:tcPr>
            <w:tcW w:w="1624" w:type="dxa"/>
          </w:tcPr>
          <w:p w14:paraId="129FC299" w14:textId="77777777" w:rsidR="000F41D8" w:rsidRDefault="00000000">
            <w:r>
              <w:t>Edukacja matematyczna</w:t>
            </w:r>
          </w:p>
        </w:tc>
        <w:tc>
          <w:tcPr>
            <w:tcW w:w="1624" w:type="dxa"/>
          </w:tcPr>
          <w:p w14:paraId="15F91E35" w14:textId="77777777" w:rsidR="000F41D8" w:rsidRDefault="00000000">
            <w:r>
              <w:t>Uczeń dobiera działanie do prostej sytuacji przedstawionej słownie, obrazem lub schematem.</w:t>
            </w:r>
          </w:p>
        </w:tc>
        <w:tc>
          <w:tcPr>
            <w:tcW w:w="1624" w:type="dxa"/>
          </w:tcPr>
          <w:p w14:paraId="11089AB1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12233E10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6D10A368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3259C471" w14:textId="77777777" w:rsidR="000F41D8" w:rsidRDefault="00000000">
            <w:r>
              <w:t>obserwacja / zadanie praktyczne / praca ucznia</w:t>
            </w:r>
          </w:p>
        </w:tc>
      </w:tr>
      <w:tr w:rsidR="000F41D8" w14:paraId="1D677E40" w14:textId="77777777">
        <w:trPr>
          <w:jc w:val="center"/>
        </w:trPr>
        <w:tc>
          <w:tcPr>
            <w:tcW w:w="1624" w:type="dxa"/>
          </w:tcPr>
          <w:p w14:paraId="6B584311" w14:textId="77777777" w:rsidR="000F41D8" w:rsidRDefault="00000000">
            <w:r>
              <w:t>Edukacja matematyczna</w:t>
            </w:r>
          </w:p>
        </w:tc>
        <w:tc>
          <w:tcPr>
            <w:tcW w:w="1624" w:type="dxa"/>
          </w:tcPr>
          <w:p w14:paraId="3411CF4C" w14:textId="77777777" w:rsidR="000F41D8" w:rsidRDefault="00000000">
            <w:r>
              <w:t>Uczeń uzupełnia proste równości z niewiadomym elementem, np. w postaci okienka.</w:t>
            </w:r>
          </w:p>
        </w:tc>
        <w:tc>
          <w:tcPr>
            <w:tcW w:w="1624" w:type="dxa"/>
          </w:tcPr>
          <w:p w14:paraId="2A4A74A5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0569B636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437FE80B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1CF5D134" w14:textId="77777777" w:rsidR="000F41D8" w:rsidRDefault="00000000">
            <w:r>
              <w:t>obserwacja / zadanie praktyczne / praca ucznia</w:t>
            </w:r>
          </w:p>
        </w:tc>
      </w:tr>
      <w:tr w:rsidR="000F41D8" w14:paraId="4DFC36BD" w14:textId="77777777">
        <w:trPr>
          <w:jc w:val="center"/>
        </w:trPr>
        <w:tc>
          <w:tcPr>
            <w:tcW w:w="1624" w:type="dxa"/>
          </w:tcPr>
          <w:p w14:paraId="2663263B" w14:textId="77777777" w:rsidR="000F41D8" w:rsidRDefault="00000000">
            <w:r>
              <w:t>Edukacja matematyczna</w:t>
            </w:r>
          </w:p>
        </w:tc>
        <w:tc>
          <w:tcPr>
            <w:tcW w:w="1624" w:type="dxa"/>
          </w:tcPr>
          <w:p w14:paraId="44BE7C20" w14:textId="77777777" w:rsidR="000F41D8" w:rsidRDefault="00000000">
            <w:r>
              <w:t>Uczeń wskazuje dane i pytanie w prostym zadaniu tekstowym.</w:t>
            </w:r>
          </w:p>
        </w:tc>
        <w:tc>
          <w:tcPr>
            <w:tcW w:w="1624" w:type="dxa"/>
          </w:tcPr>
          <w:p w14:paraId="5AACB788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2F09C96E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25813F74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6A6C0B59" w14:textId="77777777" w:rsidR="000F41D8" w:rsidRDefault="00000000">
            <w:r>
              <w:t>obserwacja / zadanie praktyczne / praca ucznia</w:t>
            </w:r>
          </w:p>
        </w:tc>
      </w:tr>
      <w:tr w:rsidR="000F41D8" w14:paraId="5160B91E" w14:textId="77777777">
        <w:trPr>
          <w:jc w:val="center"/>
        </w:trPr>
        <w:tc>
          <w:tcPr>
            <w:tcW w:w="1624" w:type="dxa"/>
          </w:tcPr>
          <w:p w14:paraId="5FCCCF98" w14:textId="77777777" w:rsidR="000F41D8" w:rsidRDefault="00000000">
            <w:r>
              <w:t>Edukacja matematyczna</w:t>
            </w:r>
          </w:p>
        </w:tc>
        <w:tc>
          <w:tcPr>
            <w:tcW w:w="1624" w:type="dxa"/>
          </w:tcPr>
          <w:p w14:paraId="4F44D961" w14:textId="77777777" w:rsidR="000F41D8" w:rsidRDefault="00000000">
            <w:r>
              <w:t>Uczeń przedstawia sytuację z zadania za pomocą rysunku, manipulowania przedmiotami lub działania.</w:t>
            </w:r>
          </w:p>
        </w:tc>
        <w:tc>
          <w:tcPr>
            <w:tcW w:w="1624" w:type="dxa"/>
          </w:tcPr>
          <w:p w14:paraId="1F542BF1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7B267DE3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0EB8564B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50D33338" w14:textId="77777777" w:rsidR="000F41D8" w:rsidRDefault="00000000">
            <w:r>
              <w:t>obserwacja / zadanie praktyczne / praca ucznia</w:t>
            </w:r>
          </w:p>
        </w:tc>
      </w:tr>
      <w:tr w:rsidR="000F41D8" w14:paraId="4D60FA83" w14:textId="77777777">
        <w:trPr>
          <w:jc w:val="center"/>
        </w:trPr>
        <w:tc>
          <w:tcPr>
            <w:tcW w:w="1624" w:type="dxa"/>
          </w:tcPr>
          <w:p w14:paraId="06AAA292" w14:textId="77777777" w:rsidR="000F41D8" w:rsidRDefault="00000000">
            <w:r>
              <w:t>Edukacja matematyczna</w:t>
            </w:r>
          </w:p>
        </w:tc>
        <w:tc>
          <w:tcPr>
            <w:tcW w:w="1624" w:type="dxa"/>
          </w:tcPr>
          <w:p w14:paraId="5B2B7961" w14:textId="77777777" w:rsidR="000F41D8" w:rsidRDefault="00000000">
            <w:r>
              <w:t>Uczeń zapisuje rozwiązanie i odpowiedź w prostej formie.</w:t>
            </w:r>
          </w:p>
        </w:tc>
        <w:tc>
          <w:tcPr>
            <w:tcW w:w="1624" w:type="dxa"/>
          </w:tcPr>
          <w:p w14:paraId="2DDC5CE0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79E3C0A8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3162F195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3BDAA10B" w14:textId="77777777" w:rsidR="000F41D8" w:rsidRDefault="00000000">
            <w:r>
              <w:t>obserwacja / zadanie praktyczne / praca ucznia</w:t>
            </w:r>
          </w:p>
        </w:tc>
      </w:tr>
      <w:tr w:rsidR="000F41D8" w14:paraId="3B050458" w14:textId="77777777">
        <w:trPr>
          <w:jc w:val="center"/>
        </w:trPr>
        <w:tc>
          <w:tcPr>
            <w:tcW w:w="1624" w:type="dxa"/>
          </w:tcPr>
          <w:p w14:paraId="1C77536D" w14:textId="77777777" w:rsidR="000F41D8" w:rsidRDefault="00000000">
            <w:r>
              <w:t>Edukacja matematyczna</w:t>
            </w:r>
          </w:p>
        </w:tc>
        <w:tc>
          <w:tcPr>
            <w:tcW w:w="1624" w:type="dxa"/>
          </w:tcPr>
          <w:p w14:paraId="28C83C4A" w14:textId="77777777" w:rsidR="000F41D8" w:rsidRDefault="00000000">
            <w:r>
              <w:t xml:space="preserve">Uczeń rozpoznaje i nazywa podstawowe figury geometryczne w </w:t>
            </w:r>
            <w:r>
              <w:lastRenderedPageBreak/>
              <w:t>otoczeniu.</w:t>
            </w:r>
          </w:p>
        </w:tc>
        <w:tc>
          <w:tcPr>
            <w:tcW w:w="1624" w:type="dxa"/>
          </w:tcPr>
          <w:p w14:paraId="24BDA57F" w14:textId="77777777" w:rsidR="000F41D8" w:rsidRDefault="00000000">
            <w:r>
              <w:lastRenderedPageBreak/>
              <w:t>wykonuje z pomocą lub według wzoru</w:t>
            </w:r>
          </w:p>
        </w:tc>
        <w:tc>
          <w:tcPr>
            <w:tcW w:w="1624" w:type="dxa"/>
          </w:tcPr>
          <w:p w14:paraId="1A82BEF9" w14:textId="77777777" w:rsidR="000F41D8" w:rsidRDefault="00000000">
            <w:r>
              <w:t xml:space="preserve">wykonuje w znanej sytuacji z niewielką </w:t>
            </w:r>
            <w:r>
              <w:lastRenderedPageBreak/>
              <w:t>pomocą</w:t>
            </w:r>
          </w:p>
        </w:tc>
        <w:tc>
          <w:tcPr>
            <w:tcW w:w="1624" w:type="dxa"/>
          </w:tcPr>
          <w:p w14:paraId="24E51506" w14:textId="77777777" w:rsidR="000F41D8" w:rsidRDefault="00000000">
            <w:r>
              <w:lastRenderedPageBreak/>
              <w:t xml:space="preserve">wykonuje samodzielnie i stosuje w podobnej </w:t>
            </w:r>
            <w:r>
              <w:lastRenderedPageBreak/>
              <w:t>nowej sytuacji</w:t>
            </w:r>
          </w:p>
        </w:tc>
        <w:tc>
          <w:tcPr>
            <w:tcW w:w="1624" w:type="dxa"/>
          </w:tcPr>
          <w:p w14:paraId="0364545C" w14:textId="77777777" w:rsidR="000F41D8" w:rsidRDefault="00000000">
            <w:r>
              <w:lastRenderedPageBreak/>
              <w:t>obserwacja / zadanie praktyczne / praca ucznia</w:t>
            </w:r>
          </w:p>
        </w:tc>
      </w:tr>
      <w:tr w:rsidR="000F41D8" w14:paraId="05E3C509" w14:textId="77777777">
        <w:trPr>
          <w:jc w:val="center"/>
        </w:trPr>
        <w:tc>
          <w:tcPr>
            <w:tcW w:w="1624" w:type="dxa"/>
          </w:tcPr>
          <w:p w14:paraId="4A848347" w14:textId="77777777" w:rsidR="000F41D8" w:rsidRDefault="00000000">
            <w:r>
              <w:t>Edukacja matematyczna</w:t>
            </w:r>
          </w:p>
        </w:tc>
        <w:tc>
          <w:tcPr>
            <w:tcW w:w="1624" w:type="dxa"/>
          </w:tcPr>
          <w:p w14:paraId="58AD166E" w14:textId="77777777" w:rsidR="000F41D8" w:rsidRDefault="00000000">
            <w:r>
              <w:t>Uczeń tworzy i odtwarza proste układy z figur.</w:t>
            </w:r>
          </w:p>
        </w:tc>
        <w:tc>
          <w:tcPr>
            <w:tcW w:w="1624" w:type="dxa"/>
          </w:tcPr>
          <w:p w14:paraId="0342596C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236D4772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325AB7A2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5D439CD0" w14:textId="77777777" w:rsidR="000F41D8" w:rsidRDefault="00000000">
            <w:r>
              <w:t>obserwacja / zadanie praktyczne / praca ucznia</w:t>
            </w:r>
          </w:p>
        </w:tc>
      </w:tr>
      <w:tr w:rsidR="000F41D8" w14:paraId="1DE77DB6" w14:textId="77777777">
        <w:trPr>
          <w:jc w:val="center"/>
        </w:trPr>
        <w:tc>
          <w:tcPr>
            <w:tcW w:w="1624" w:type="dxa"/>
          </w:tcPr>
          <w:p w14:paraId="0E0AAC36" w14:textId="77777777" w:rsidR="000F41D8" w:rsidRDefault="00000000">
            <w:r>
              <w:t>Edukacja matematyczna</w:t>
            </w:r>
          </w:p>
        </w:tc>
        <w:tc>
          <w:tcPr>
            <w:tcW w:w="1624" w:type="dxa"/>
          </w:tcPr>
          <w:p w14:paraId="4A7D4119" w14:textId="77777777" w:rsidR="000F41D8" w:rsidRDefault="00000000">
            <w:r>
              <w:t>Uczeń mierzy długość za pomocą linijki lub miary w sytuacjach praktycznych odpowiednich do klasy I.</w:t>
            </w:r>
          </w:p>
        </w:tc>
        <w:tc>
          <w:tcPr>
            <w:tcW w:w="1624" w:type="dxa"/>
          </w:tcPr>
          <w:p w14:paraId="42373FBD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5C94FF77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5B194ED9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74F2B3C5" w14:textId="77777777" w:rsidR="000F41D8" w:rsidRDefault="00000000">
            <w:r>
              <w:t>obserwacja / zadanie praktyczne / praca ucznia</w:t>
            </w:r>
          </w:p>
        </w:tc>
      </w:tr>
      <w:tr w:rsidR="000F41D8" w14:paraId="38BD1F47" w14:textId="77777777">
        <w:trPr>
          <w:jc w:val="center"/>
        </w:trPr>
        <w:tc>
          <w:tcPr>
            <w:tcW w:w="1624" w:type="dxa"/>
          </w:tcPr>
          <w:p w14:paraId="54CE6D62" w14:textId="77777777" w:rsidR="000F41D8" w:rsidRDefault="00000000">
            <w:r>
              <w:t>Edukacja przyrodnicza</w:t>
            </w:r>
          </w:p>
        </w:tc>
        <w:tc>
          <w:tcPr>
            <w:tcW w:w="1624" w:type="dxa"/>
          </w:tcPr>
          <w:p w14:paraId="0E472045" w14:textId="77777777" w:rsidR="000F41D8" w:rsidRDefault="00000000">
            <w:r>
              <w:t>Uczeń rozpoznaje podstawowe elementy najbliższego środowiska: szkołę, dom, ogród, park, ulicę i inne miejsca ważne dla jego codzienności.</w:t>
            </w:r>
          </w:p>
        </w:tc>
        <w:tc>
          <w:tcPr>
            <w:tcW w:w="1624" w:type="dxa"/>
          </w:tcPr>
          <w:p w14:paraId="59ADBE79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797105C4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7FF719EC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45AA7E53" w14:textId="77777777" w:rsidR="000F41D8" w:rsidRDefault="00000000">
            <w:r>
              <w:t>obserwacja / zadanie praktyczne / praca ucznia</w:t>
            </w:r>
          </w:p>
        </w:tc>
      </w:tr>
      <w:tr w:rsidR="000F41D8" w14:paraId="56DFAB8E" w14:textId="77777777">
        <w:trPr>
          <w:jc w:val="center"/>
        </w:trPr>
        <w:tc>
          <w:tcPr>
            <w:tcW w:w="1624" w:type="dxa"/>
          </w:tcPr>
          <w:p w14:paraId="4A65BA90" w14:textId="77777777" w:rsidR="000F41D8" w:rsidRDefault="00000000">
            <w:r>
              <w:t>Edukacja przyrodnicza</w:t>
            </w:r>
          </w:p>
        </w:tc>
        <w:tc>
          <w:tcPr>
            <w:tcW w:w="1624" w:type="dxa"/>
          </w:tcPr>
          <w:p w14:paraId="3BB30300" w14:textId="77777777" w:rsidR="000F41D8" w:rsidRDefault="00000000">
            <w:r>
              <w:t>Uczeń obserwuje zmiany w przyrodzie i potrafi powiedzieć, co się zmieniło.</w:t>
            </w:r>
          </w:p>
        </w:tc>
        <w:tc>
          <w:tcPr>
            <w:tcW w:w="1624" w:type="dxa"/>
          </w:tcPr>
          <w:p w14:paraId="5D86E4ED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1B092E58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4A439C11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1EC71790" w14:textId="77777777" w:rsidR="000F41D8" w:rsidRDefault="00000000">
            <w:r>
              <w:t>obserwacja / zadanie praktyczne / praca ucznia</w:t>
            </w:r>
          </w:p>
        </w:tc>
      </w:tr>
      <w:tr w:rsidR="000F41D8" w14:paraId="0DFB362F" w14:textId="77777777">
        <w:trPr>
          <w:jc w:val="center"/>
        </w:trPr>
        <w:tc>
          <w:tcPr>
            <w:tcW w:w="1624" w:type="dxa"/>
          </w:tcPr>
          <w:p w14:paraId="5DC541EC" w14:textId="77777777" w:rsidR="000F41D8" w:rsidRDefault="00000000">
            <w:r>
              <w:t>Edukacja przyrodnicza</w:t>
            </w:r>
          </w:p>
        </w:tc>
        <w:tc>
          <w:tcPr>
            <w:tcW w:w="1624" w:type="dxa"/>
          </w:tcPr>
          <w:p w14:paraId="737EE4AE" w14:textId="77777777" w:rsidR="000F41D8" w:rsidRDefault="00000000">
            <w:r>
              <w:t>Uczeń rozpoznaje pory roku i wskazuje typowe dla nich zjawiska.</w:t>
            </w:r>
          </w:p>
        </w:tc>
        <w:tc>
          <w:tcPr>
            <w:tcW w:w="1624" w:type="dxa"/>
          </w:tcPr>
          <w:p w14:paraId="6617E144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3D29E9DC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0BFD75F1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15A249F0" w14:textId="77777777" w:rsidR="000F41D8" w:rsidRDefault="00000000">
            <w:r>
              <w:t>obserwacja / zadanie praktyczne / praca ucznia</w:t>
            </w:r>
          </w:p>
        </w:tc>
      </w:tr>
      <w:tr w:rsidR="000F41D8" w14:paraId="149450AA" w14:textId="77777777">
        <w:trPr>
          <w:jc w:val="center"/>
        </w:trPr>
        <w:tc>
          <w:tcPr>
            <w:tcW w:w="1624" w:type="dxa"/>
          </w:tcPr>
          <w:p w14:paraId="795A732D" w14:textId="77777777" w:rsidR="000F41D8" w:rsidRDefault="00000000">
            <w:r>
              <w:t xml:space="preserve">Edukacja </w:t>
            </w:r>
            <w:r>
              <w:lastRenderedPageBreak/>
              <w:t>przyrodnicza</w:t>
            </w:r>
          </w:p>
        </w:tc>
        <w:tc>
          <w:tcPr>
            <w:tcW w:w="1624" w:type="dxa"/>
          </w:tcPr>
          <w:p w14:paraId="1E0177D7" w14:textId="77777777" w:rsidR="000F41D8" w:rsidRDefault="00000000">
            <w:r>
              <w:lastRenderedPageBreak/>
              <w:t xml:space="preserve">Uczeń rozpoznaje </w:t>
            </w:r>
            <w:r>
              <w:lastRenderedPageBreak/>
              <w:t>wybrane rośliny i zwierzęta występujące w najbliższym otoczeniu.</w:t>
            </w:r>
          </w:p>
        </w:tc>
        <w:tc>
          <w:tcPr>
            <w:tcW w:w="1624" w:type="dxa"/>
          </w:tcPr>
          <w:p w14:paraId="395F3B90" w14:textId="77777777" w:rsidR="000F41D8" w:rsidRDefault="00000000">
            <w:r>
              <w:lastRenderedPageBreak/>
              <w:t xml:space="preserve">wykonuje z </w:t>
            </w:r>
            <w:r>
              <w:lastRenderedPageBreak/>
              <w:t>pomocą lub według wzoru</w:t>
            </w:r>
          </w:p>
        </w:tc>
        <w:tc>
          <w:tcPr>
            <w:tcW w:w="1624" w:type="dxa"/>
          </w:tcPr>
          <w:p w14:paraId="157CCF98" w14:textId="77777777" w:rsidR="000F41D8" w:rsidRDefault="00000000">
            <w:r>
              <w:lastRenderedPageBreak/>
              <w:t xml:space="preserve">wykonuje w </w:t>
            </w:r>
            <w:r>
              <w:lastRenderedPageBreak/>
              <w:t>znanej sytuacji z niewielką pomocą</w:t>
            </w:r>
          </w:p>
        </w:tc>
        <w:tc>
          <w:tcPr>
            <w:tcW w:w="1624" w:type="dxa"/>
          </w:tcPr>
          <w:p w14:paraId="7034AA3F" w14:textId="77777777" w:rsidR="000F41D8" w:rsidRDefault="00000000">
            <w:r>
              <w:lastRenderedPageBreak/>
              <w:t xml:space="preserve">wykonuje </w:t>
            </w:r>
            <w:r>
              <w:lastRenderedPageBreak/>
              <w:t>samodzielnie i stosuje w podobnej nowej sytuacji</w:t>
            </w:r>
          </w:p>
        </w:tc>
        <w:tc>
          <w:tcPr>
            <w:tcW w:w="1624" w:type="dxa"/>
          </w:tcPr>
          <w:p w14:paraId="2F741D49" w14:textId="77777777" w:rsidR="000F41D8" w:rsidRDefault="00000000">
            <w:r>
              <w:lastRenderedPageBreak/>
              <w:t xml:space="preserve">obserwacja / </w:t>
            </w:r>
            <w:r>
              <w:lastRenderedPageBreak/>
              <w:t>zadanie praktyczne / praca ucznia</w:t>
            </w:r>
          </w:p>
        </w:tc>
      </w:tr>
      <w:tr w:rsidR="000F41D8" w14:paraId="2BA016B9" w14:textId="77777777">
        <w:trPr>
          <w:jc w:val="center"/>
        </w:trPr>
        <w:tc>
          <w:tcPr>
            <w:tcW w:w="1624" w:type="dxa"/>
          </w:tcPr>
          <w:p w14:paraId="18E746C1" w14:textId="77777777" w:rsidR="000F41D8" w:rsidRDefault="00000000">
            <w:r>
              <w:lastRenderedPageBreak/>
              <w:t>Edukacja przyrodnicza</w:t>
            </w:r>
          </w:p>
        </w:tc>
        <w:tc>
          <w:tcPr>
            <w:tcW w:w="1624" w:type="dxa"/>
          </w:tcPr>
          <w:p w14:paraId="7B92080B" w14:textId="77777777" w:rsidR="000F41D8" w:rsidRDefault="00000000">
            <w:r>
              <w:t>Uczeń opisuje podstawowe potrzeby roślin i zwierząt.</w:t>
            </w:r>
          </w:p>
        </w:tc>
        <w:tc>
          <w:tcPr>
            <w:tcW w:w="1624" w:type="dxa"/>
          </w:tcPr>
          <w:p w14:paraId="2C4B7519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65D81785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2E0B488C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01EAE6AC" w14:textId="77777777" w:rsidR="000F41D8" w:rsidRDefault="00000000">
            <w:r>
              <w:t>obserwacja / zadanie praktyczne / praca ucznia</w:t>
            </w:r>
          </w:p>
        </w:tc>
      </w:tr>
      <w:tr w:rsidR="000F41D8" w14:paraId="473823B8" w14:textId="77777777">
        <w:trPr>
          <w:jc w:val="center"/>
        </w:trPr>
        <w:tc>
          <w:tcPr>
            <w:tcW w:w="1624" w:type="dxa"/>
          </w:tcPr>
          <w:p w14:paraId="37948091" w14:textId="77777777" w:rsidR="000F41D8" w:rsidRDefault="00000000">
            <w:r>
              <w:t>Edukacja przyrodnicza</w:t>
            </w:r>
          </w:p>
        </w:tc>
        <w:tc>
          <w:tcPr>
            <w:tcW w:w="1624" w:type="dxa"/>
          </w:tcPr>
          <w:p w14:paraId="5714FE7C" w14:textId="77777777" w:rsidR="000F41D8" w:rsidRDefault="00000000">
            <w:r>
              <w:t>Uczeń obserwuje rozwój rośliny lub zachowanie zwierzęcia bez naruszania jego dobrostanu.</w:t>
            </w:r>
          </w:p>
        </w:tc>
        <w:tc>
          <w:tcPr>
            <w:tcW w:w="1624" w:type="dxa"/>
          </w:tcPr>
          <w:p w14:paraId="5B73C3A5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032580AA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50C5A690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4993D3FB" w14:textId="77777777" w:rsidR="000F41D8" w:rsidRDefault="00000000">
            <w:r>
              <w:t>obserwacja / zadanie praktyczne / praca ucznia</w:t>
            </w:r>
          </w:p>
        </w:tc>
      </w:tr>
      <w:tr w:rsidR="000F41D8" w14:paraId="4475D421" w14:textId="77777777">
        <w:trPr>
          <w:jc w:val="center"/>
        </w:trPr>
        <w:tc>
          <w:tcPr>
            <w:tcW w:w="1624" w:type="dxa"/>
          </w:tcPr>
          <w:p w14:paraId="4FBF1406" w14:textId="77777777" w:rsidR="000F41D8" w:rsidRDefault="00000000">
            <w:r>
              <w:t>Edukacja przyrodnicza</w:t>
            </w:r>
          </w:p>
        </w:tc>
        <w:tc>
          <w:tcPr>
            <w:tcW w:w="1624" w:type="dxa"/>
          </w:tcPr>
          <w:p w14:paraId="706FFD46" w14:textId="77777777" w:rsidR="000F41D8" w:rsidRDefault="00000000">
            <w:r>
              <w:t>Uczeń nazywa podstawowe części ciała i wskazuje ich znaczenie w codziennym funkcjonowaniu.</w:t>
            </w:r>
          </w:p>
        </w:tc>
        <w:tc>
          <w:tcPr>
            <w:tcW w:w="1624" w:type="dxa"/>
          </w:tcPr>
          <w:p w14:paraId="13545121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24B92BA4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6ECC0572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23F9E293" w14:textId="77777777" w:rsidR="000F41D8" w:rsidRDefault="00000000">
            <w:r>
              <w:t>obserwacja / zadanie praktyczne / praca ucznia</w:t>
            </w:r>
          </w:p>
        </w:tc>
      </w:tr>
      <w:tr w:rsidR="000F41D8" w14:paraId="691C7934" w14:textId="77777777">
        <w:trPr>
          <w:jc w:val="center"/>
        </w:trPr>
        <w:tc>
          <w:tcPr>
            <w:tcW w:w="1624" w:type="dxa"/>
          </w:tcPr>
          <w:p w14:paraId="7757CEB3" w14:textId="77777777" w:rsidR="000F41D8" w:rsidRDefault="00000000">
            <w:r>
              <w:t>Edukacja przyrodnicza</w:t>
            </w:r>
          </w:p>
        </w:tc>
        <w:tc>
          <w:tcPr>
            <w:tcW w:w="1624" w:type="dxa"/>
          </w:tcPr>
          <w:p w14:paraId="7EA1ABA0" w14:textId="77777777" w:rsidR="000F41D8" w:rsidRDefault="00000000">
            <w:r>
              <w:t>Uczeń stosuje podstawowe zasady higieny osobistej i higieny jamy ustnej.</w:t>
            </w:r>
          </w:p>
        </w:tc>
        <w:tc>
          <w:tcPr>
            <w:tcW w:w="1624" w:type="dxa"/>
          </w:tcPr>
          <w:p w14:paraId="1B420A0B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4F8817A5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32FFF201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1FF3DAC5" w14:textId="77777777" w:rsidR="000F41D8" w:rsidRDefault="00000000">
            <w:r>
              <w:t>obserwacja / zadanie praktyczne / praca ucznia</w:t>
            </w:r>
          </w:p>
        </w:tc>
      </w:tr>
      <w:tr w:rsidR="000F41D8" w14:paraId="716004C6" w14:textId="77777777">
        <w:trPr>
          <w:jc w:val="center"/>
        </w:trPr>
        <w:tc>
          <w:tcPr>
            <w:tcW w:w="1624" w:type="dxa"/>
          </w:tcPr>
          <w:p w14:paraId="04629E3B" w14:textId="77777777" w:rsidR="000F41D8" w:rsidRDefault="00000000">
            <w:r>
              <w:t>Edukacja przyrodnicza</w:t>
            </w:r>
          </w:p>
        </w:tc>
        <w:tc>
          <w:tcPr>
            <w:tcW w:w="1624" w:type="dxa"/>
          </w:tcPr>
          <w:p w14:paraId="565CE4D8" w14:textId="77777777" w:rsidR="000F41D8" w:rsidRDefault="00000000">
            <w:r>
              <w:t>Uczeń rozpoznaje znaczenie snu, odpoczynku, ruchu, nawodnienia i zbilansowanego odżywiania dla zdrowia.</w:t>
            </w:r>
          </w:p>
        </w:tc>
        <w:tc>
          <w:tcPr>
            <w:tcW w:w="1624" w:type="dxa"/>
          </w:tcPr>
          <w:p w14:paraId="44C42123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3338206B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0B408782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459B4983" w14:textId="77777777" w:rsidR="000F41D8" w:rsidRDefault="00000000">
            <w:r>
              <w:t>obserwacja / zadanie praktyczne / praca ucznia</w:t>
            </w:r>
          </w:p>
        </w:tc>
      </w:tr>
      <w:tr w:rsidR="000F41D8" w14:paraId="1D7F560C" w14:textId="77777777">
        <w:trPr>
          <w:jc w:val="center"/>
        </w:trPr>
        <w:tc>
          <w:tcPr>
            <w:tcW w:w="1624" w:type="dxa"/>
          </w:tcPr>
          <w:p w14:paraId="0BA40623" w14:textId="77777777" w:rsidR="000F41D8" w:rsidRDefault="00000000">
            <w:r>
              <w:t xml:space="preserve">Edukacja </w:t>
            </w:r>
            <w:r>
              <w:lastRenderedPageBreak/>
              <w:t>przyrodnicza</w:t>
            </w:r>
          </w:p>
        </w:tc>
        <w:tc>
          <w:tcPr>
            <w:tcW w:w="1624" w:type="dxa"/>
          </w:tcPr>
          <w:p w14:paraId="2E8C16E7" w14:textId="77777777" w:rsidR="000F41D8" w:rsidRDefault="00000000">
            <w:r>
              <w:lastRenderedPageBreak/>
              <w:t xml:space="preserve">Uczeń formułuje </w:t>
            </w:r>
            <w:r>
              <w:lastRenderedPageBreak/>
              <w:t>proste pytanie dotyczące obserwowanego zjawiska.</w:t>
            </w:r>
          </w:p>
        </w:tc>
        <w:tc>
          <w:tcPr>
            <w:tcW w:w="1624" w:type="dxa"/>
          </w:tcPr>
          <w:p w14:paraId="4F575982" w14:textId="77777777" w:rsidR="000F41D8" w:rsidRDefault="00000000">
            <w:r>
              <w:lastRenderedPageBreak/>
              <w:t xml:space="preserve">wykonuje z </w:t>
            </w:r>
            <w:r>
              <w:lastRenderedPageBreak/>
              <w:t>pomocą lub według wzoru</w:t>
            </w:r>
          </w:p>
        </w:tc>
        <w:tc>
          <w:tcPr>
            <w:tcW w:w="1624" w:type="dxa"/>
          </w:tcPr>
          <w:p w14:paraId="6511B5E7" w14:textId="77777777" w:rsidR="000F41D8" w:rsidRDefault="00000000">
            <w:r>
              <w:lastRenderedPageBreak/>
              <w:t xml:space="preserve">wykonuje w </w:t>
            </w:r>
            <w:r>
              <w:lastRenderedPageBreak/>
              <w:t>znanej sytuacji z niewielką pomocą</w:t>
            </w:r>
          </w:p>
        </w:tc>
        <w:tc>
          <w:tcPr>
            <w:tcW w:w="1624" w:type="dxa"/>
          </w:tcPr>
          <w:p w14:paraId="737C4B69" w14:textId="77777777" w:rsidR="000F41D8" w:rsidRDefault="00000000">
            <w:r>
              <w:lastRenderedPageBreak/>
              <w:t xml:space="preserve">wykonuje </w:t>
            </w:r>
            <w:r>
              <w:lastRenderedPageBreak/>
              <w:t>samodzielnie i stosuje w podobnej nowej sytuacji</w:t>
            </w:r>
          </w:p>
        </w:tc>
        <w:tc>
          <w:tcPr>
            <w:tcW w:w="1624" w:type="dxa"/>
          </w:tcPr>
          <w:p w14:paraId="0265FBF3" w14:textId="77777777" w:rsidR="000F41D8" w:rsidRDefault="00000000">
            <w:r>
              <w:lastRenderedPageBreak/>
              <w:t xml:space="preserve">obserwacja / </w:t>
            </w:r>
            <w:r>
              <w:lastRenderedPageBreak/>
              <w:t>zadanie praktyczne / praca ucznia</w:t>
            </w:r>
          </w:p>
        </w:tc>
      </w:tr>
      <w:tr w:rsidR="000F41D8" w14:paraId="091D16EE" w14:textId="77777777">
        <w:trPr>
          <w:jc w:val="center"/>
        </w:trPr>
        <w:tc>
          <w:tcPr>
            <w:tcW w:w="1624" w:type="dxa"/>
          </w:tcPr>
          <w:p w14:paraId="3914C9C0" w14:textId="77777777" w:rsidR="000F41D8" w:rsidRDefault="00000000">
            <w:r>
              <w:lastRenderedPageBreak/>
              <w:t>Edukacja przyrodnicza</w:t>
            </w:r>
          </w:p>
        </w:tc>
        <w:tc>
          <w:tcPr>
            <w:tcW w:w="1624" w:type="dxa"/>
          </w:tcPr>
          <w:p w14:paraId="6D8CAEDA" w14:textId="77777777" w:rsidR="000F41D8" w:rsidRDefault="00000000">
            <w:r>
              <w:t>Uczeń przewiduje prosty wynik doświadczenia, uczestniczy w jego wykonaniu i porównuje wynik z przewidywaniem.</w:t>
            </w:r>
          </w:p>
        </w:tc>
        <w:tc>
          <w:tcPr>
            <w:tcW w:w="1624" w:type="dxa"/>
          </w:tcPr>
          <w:p w14:paraId="491CD4CF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721CED87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5AD13633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27191A92" w14:textId="77777777" w:rsidR="000F41D8" w:rsidRDefault="00000000">
            <w:r>
              <w:t>obserwacja / zadanie praktyczne / praca ucznia</w:t>
            </w:r>
          </w:p>
        </w:tc>
      </w:tr>
      <w:tr w:rsidR="000F41D8" w14:paraId="2ABD6065" w14:textId="77777777">
        <w:trPr>
          <w:jc w:val="center"/>
        </w:trPr>
        <w:tc>
          <w:tcPr>
            <w:tcW w:w="1624" w:type="dxa"/>
          </w:tcPr>
          <w:p w14:paraId="3C054B4E" w14:textId="77777777" w:rsidR="000F41D8" w:rsidRDefault="00000000">
            <w:r>
              <w:t>Edukacja przyrodnicza</w:t>
            </w:r>
          </w:p>
        </w:tc>
        <w:tc>
          <w:tcPr>
            <w:tcW w:w="1624" w:type="dxa"/>
          </w:tcPr>
          <w:p w14:paraId="3226B492" w14:textId="77777777" w:rsidR="000F41D8" w:rsidRDefault="00000000">
            <w:r>
              <w:t>Uczeń wykorzystuje proste przyrządy, np. termometr, lupę, wagę lub linijkę, zgodnie z instrukcją.</w:t>
            </w:r>
          </w:p>
        </w:tc>
        <w:tc>
          <w:tcPr>
            <w:tcW w:w="1624" w:type="dxa"/>
          </w:tcPr>
          <w:p w14:paraId="11EA1896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5CBDFA46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7F3729B7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02484CF7" w14:textId="77777777" w:rsidR="000F41D8" w:rsidRDefault="00000000">
            <w:r>
              <w:t>obserwacja / zadanie praktyczne / praca ucznia</w:t>
            </w:r>
          </w:p>
        </w:tc>
      </w:tr>
      <w:tr w:rsidR="000F41D8" w14:paraId="299E2E27" w14:textId="77777777">
        <w:trPr>
          <w:jc w:val="center"/>
        </w:trPr>
        <w:tc>
          <w:tcPr>
            <w:tcW w:w="1624" w:type="dxa"/>
          </w:tcPr>
          <w:p w14:paraId="3E27D32B" w14:textId="77777777" w:rsidR="000F41D8" w:rsidRDefault="00000000">
            <w:r>
              <w:t>Edukacja społeczna</w:t>
            </w:r>
          </w:p>
        </w:tc>
        <w:tc>
          <w:tcPr>
            <w:tcW w:w="1624" w:type="dxa"/>
          </w:tcPr>
          <w:p w14:paraId="18DCE640" w14:textId="77777777" w:rsidR="000F41D8" w:rsidRDefault="00000000">
            <w:r>
              <w:t>Uczeń potrafi powiedzieć o swoich mocnych stronach, zainteresowaniach i trudnościach.</w:t>
            </w:r>
          </w:p>
        </w:tc>
        <w:tc>
          <w:tcPr>
            <w:tcW w:w="1624" w:type="dxa"/>
          </w:tcPr>
          <w:p w14:paraId="6D79DF9E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77849D57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35951701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33A059B4" w14:textId="77777777" w:rsidR="000F41D8" w:rsidRDefault="00000000">
            <w:r>
              <w:t>obserwacja / zadanie praktyczne / praca ucznia</w:t>
            </w:r>
          </w:p>
        </w:tc>
      </w:tr>
      <w:tr w:rsidR="000F41D8" w14:paraId="4FFC1C1D" w14:textId="77777777">
        <w:trPr>
          <w:jc w:val="center"/>
        </w:trPr>
        <w:tc>
          <w:tcPr>
            <w:tcW w:w="1624" w:type="dxa"/>
          </w:tcPr>
          <w:p w14:paraId="345D46E4" w14:textId="77777777" w:rsidR="000F41D8" w:rsidRDefault="00000000">
            <w:r>
              <w:t>Edukacja społeczna</w:t>
            </w:r>
          </w:p>
        </w:tc>
        <w:tc>
          <w:tcPr>
            <w:tcW w:w="1624" w:type="dxa"/>
          </w:tcPr>
          <w:p w14:paraId="79755F8F" w14:textId="77777777" w:rsidR="000F41D8" w:rsidRDefault="00000000">
            <w:r>
              <w:t>Uczeń nazywa podstawowe emocje i komunikuje swoje potrzeby.</w:t>
            </w:r>
          </w:p>
        </w:tc>
        <w:tc>
          <w:tcPr>
            <w:tcW w:w="1624" w:type="dxa"/>
          </w:tcPr>
          <w:p w14:paraId="26DFDCC6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75255A17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34FE0D1B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11499C41" w14:textId="77777777" w:rsidR="000F41D8" w:rsidRDefault="00000000">
            <w:r>
              <w:t>obserwacja / zadanie praktyczne / praca ucznia</w:t>
            </w:r>
          </w:p>
        </w:tc>
      </w:tr>
      <w:tr w:rsidR="000F41D8" w14:paraId="214CE14B" w14:textId="77777777">
        <w:trPr>
          <w:jc w:val="center"/>
        </w:trPr>
        <w:tc>
          <w:tcPr>
            <w:tcW w:w="1624" w:type="dxa"/>
          </w:tcPr>
          <w:p w14:paraId="15CF6EB6" w14:textId="77777777" w:rsidR="000F41D8" w:rsidRDefault="00000000">
            <w:r>
              <w:t>Edukacja społeczna</w:t>
            </w:r>
          </w:p>
        </w:tc>
        <w:tc>
          <w:tcPr>
            <w:tcW w:w="1624" w:type="dxa"/>
          </w:tcPr>
          <w:p w14:paraId="51D6FE5A" w14:textId="77777777" w:rsidR="000F41D8" w:rsidRDefault="00000000">
            <w:r>
              <w:t>Uczeń korzysta z poznanych sposobów radzenia sobie z trudnością, stresem lub porażką i potrafi poprosić o pomoc.</w:t>
            </w:r>
          </w:p>
        </w:tc>
        <w:tc>
          <w:tcPr>
            <w:tcW w:w="1624" w:type="dxa"/>
          </w:tcPr>
          <w:p w14:paraId="3FE8B26A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5D115FAD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7E906183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03F9CD7D" w14:textId="77777777" w:rsidR="000F41D8" w:rsidRDefault="00000000">
            <w:r>
              <w:t>obserwacja / zadanie praktyczne / praca ucznia</w:t>
            </w:r>
          </w:p>
        </w:tc>
      </w:tr>
      <w:tr w:rsidR="000F41D8" w14:paraId="4FEACECB" w14:textId="77777777">
        <w:trPr>
          <w:jc w:val="center"/>
        </w:trPr>
        <w:tc>
          <w:tcPr>
            <w:tcW w:w="1624" w:type="dxa"/>
          </w:tcPr>
          <w:p w14:paraId="1D6BCC85" w14:textId="77777777" w:rsidR="000F41D8" w:rsidRDefault="00000000">
            <w:r>
              <w:lastRenderedPageBreak/>
              <w:t>Edukacja społeczna</w:t>
            </w:r>
          </w:p>
        </w:tc>
        <w:tc>
          <w:tcPr>
            <w:tcW w:w="1624" w:type="dxa"/>
          </w:tcPr>
          <w:p w14:paraId="4B91CEBA" w14:textId="77777777" w:rsidR="000F41D8" w:rsidRDefault="00000000">
            <w:r>
              <w:t>Uczeń stosuje zasady obowiązujące w klasie i szkole.</w:t>
            </w:r>
          </w:p>
        </w:tc>
        <w:tc>
          <w:tcPr>
            <w:tcW w:w="1624" w:type="dxa"/>
          </w:tcPr>
          <w:p w14:paraId="33B48931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2FFFEB8D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07FC5665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768B0FD1" w14:textId="77777777" w:rsidR="000F41D8" w:rsidRDefault="00000000">
            <w:r>
              <w:t>obserwacja / zadanie praktyczne / praca ucznia</w:t>
            </w:r>
          </w:p>
        </w:tc>
      </w:tr>
      <w:tr w:rsidR="000F41D8" w14:paraId="713F0DA8" w14:textId="77777777">
        <w:trPr>
          <w:jc w:val="center"/>
        </w:trPr>
        <w:tc>
          <w:tcPr>
            <w:tcW w:w="1624" w:type="dxa"/>
          </w:tcPr>
          <w:p w14:paraId="7E0C23F9" w14:textId="77777777" w:rsidR="000F41D8" w:rsidRDefault="00000000">
            <w:r>
              <w:t>Edukacja społeczna</w:t>
            </w:r>
          </w:p>
        </w:tc>
        <w:tc>
          <w:tcPr>
            <w:tcW w:w="1624" w:type="dxa"/>
          </w:tcPr>
          <w:p w14:paraId="32CD0CAE" w14:textId="77777777" w:rsidR="000F41D8" w:rsidRDefault="00000000">
            <w:r>
              <w:t>Uczeń współpracuje w parze i małej grupie, dzieli się zadaniami i respektuje ustalenia.</w:t>
            </w:r>
          </w:p>
        </w:tc>
        <w:tc>
          <w:tcPr>
            <w:tcW w:w="1624" w:type="dxa"/>
          </w:tcPr>
          <w:p w14:paraId="7F6C478C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7801CBFA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77FB3B6A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7C234C9D" w14:textId="77777777" w:rsidR="000F41D8" w:rsidRDefault="00000000">
            <w:r>
              <w:t>obserwacja / zadanie praktyczne / praca ucznia</w:t>
            </w:r>
          </w:p>
        </w:tc>
      </w:tr>
      <w:tr w:rsidR="000F41D8" w14:paraId="439CC782" w14:textId="77777777">
        <w:trPr>
          <w:jc w:val="center"/>
        </w:trPr>
        <w:tc>
          <w:tcPr>
            <w:tcW w:w="1624" w:type="dxa"/>
          </w:tcPr>
          <w:p w14:paraId="1AFBD228" w14:textId="77777777" w:rsidR="000F41D8" w:rsidRDefault="00000000">
            <w:r>
              <w:t>Edukacja społeczna</w:t>
            </w:r>
          </w:p>
        </w:tc>
        <w:tc>
          <w:tcPr>
            <w:tcW w:w="1624" w:type="dxa"/>
          </w:tcPr>
          <w:p w14:paraId="49BA0034" w14:textId="77777777" w:rsidR="000F41D8" w:rsidRDefault="00000000">
            <w:r>
              <w:t>Uczeń okazuje szacunek innym, w tym osobom o innych potrzebach i możliwościach.</w:t>
            </w:r>
          </w:p>
        </w:tc>
        <w:tc>
          <w:tcPr>
            <w:tcW w:w="1624" w:type="dxa"/>
          </w:tcPr>
          <w:p w14:paraId="7FA6A327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36CE0E52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1A084312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4A01D6DD" w14:textId="77777777" w:rsidR="000F41D8" w:rsidRDefault="00000000">
            <w:r>
              <w:t>obserwacja / zadanie praktyczne / praca ucznia</w:t>
            </w:r>
          </w:p>
        </w:tc>
      </w:tr>
      <w:tr w:rsidR="000F41D8" w14:paraId="7ED48BB5" w14:textId="77777777">
        <w:trPr>
          <w:jc w:val="center"/>
        </w:trPr>
        <w:tc>
          <w:tcPr>
            <w:tcW w:w="1624" w:type="dxa"/>
          </w:tcPr>
          <w:p w14:paraId="709E9D4A" w14:textId="77777777" w:rsidR="000F41D8" w:rsidRDefault="00000000">
            <w:r>
              <w:t>Edukacja społeczna</w:t>
            </w:r>
          </w:p>
        </w:tc>
        <w:tc>
          <w:tcPr>
            <w:tcW w:w="1624" w:type="dxa"/>
          </w:tcPr>
          <w:p w14:paraId="100522A3" w14:textId="77777777" w:rsidR="000F41D8" w:rsidRDefault="00000000">
            <w:r>
              <w:t>Uczeń rozpoznaje członków swojej rodziny i opisuje wybrane role oraz obowiązki.</w:t>
            </w:r>
          </w:p>
        </w:tc>
        <w:tc>
          <w:tcPr>
            <w:tcW w:w="1624" w:type="dxa"/>
          </w:tcPr>
          <w:p w14:paraId="300E7958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3651EC4D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7FE31CD0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46D54568" w14:textId="77777777" w:rsidR="000F41D8" w:rsidRDefault="00000000">
            <w:r>
              <w:t>obserwacja / zadanie praktyczne / praca ucznia</w:t>
            </w:r>
          </w:p>
        </w:tc>
      </w:tr>
      <w:tr w:rsidR="000F41D8" w14:paraId="116C49E3" w14:textId="77777777">
        <w:trPr>
          <w:jc w:val="center"/>
        </w:trPr>
        <w:tc>
          <w:tcPr>
            <w:tcW w:w="1624" w:type="dxa"/>
          </w:tcPr>
          <w:p w14:paraId="3B00924B" w14:textId="77777777" w:rsidR="000F41D8" w:rsidRDefault="00000000">
            <w:r>
              <w:t>Edukacja społeczna</w:t>
            </w:r>
          </w:p>
        </w:tc>
        <w:tc>
          <w:tcPr>
            <w:tcW w:w="1624" w:type="dxa"/>
          </w:tcPr>
          <w:p w14:paraId="1FF924AF" w14:textId="77777777" w:rsidR="000F41D8" w:rsidRDefault="00000000">
            <w:r>
              <w:t>Uczeń zna podstawowe prawa i obowiązki ucznia i stosuje je w codziennym funkcjonowaniu.</w:t>
            </w:r>
          </w:p>
        </w:tc>
        <w:tc>
          <w:tcPr>
            <w:tcW w:w="1624" w:type="dxa"/>
          </w:tcPr>
          <w:p w14:paraId="34011475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287A9FE7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03551AC4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72F08D5E" w14:textId="77777777" w:rsidR="000F41D8" w:rsidRDefault="00000000">
            <w:r>
              <w:t>obserwacja / zadanie praktyczne / praca ucznia</w:t>
            </w:r>
          </w:p>
        </w:tc>
      </w:tr>
      <w:tr w:rsidR="000F41D8" w14:paraId="70708B5B" w14:textId="77777777">
        <w:trPr>
          <w:jc w:val="center"/>
        </w:trPr>
        <w:tc>
          <w:tcPr>
            <w:tcW w:w="1624" w:type="dxa"/>
          </w:tcPr>
          <w:p w14:paraId="025B41E4" w14:textId="77777777" w:rsidR="000F41D8" w:rsidRDefault="00000000">
            <w:r>
              <w:t>Edukacja społeczna</w:t>
            </w:r>
          </w:p>
        </w:tc>
        <w:tc>
          <w:tcPr>
            <w:tcW w:w="1624" w:type="dxa"/>
          </w:tcPr>
          <w:p w14:paraId="01FB72B1" w14:textId="77777777" w:rsidR="000F41D8" w:rsidRDefault="00000000">
            <w:r>
              <w:t>Uczeń zna najbliższe otoczenie szkoły i miejscowości oraz rozpoznaje wybrane elementy lokalnej tradycji.</w:t>
            </w:r>
          </w:p>
        </w:tc>
        <w:tc>
          <w:tcPr>
            <w:tcW w:w="1624" w:type="dxa"/>
          </w:tcPr>
          <w:p w14:paraId="266B9FE2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09E178B1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29DFD719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0B4BA7C9" w14:textId="77777777" w:rsidR="000F41D8" w:rsidRDefault="00000000">
            <w:r>
              <w:t>obserwacja / zadanie praktyczne / praca ucznia</w:t>
            </w:r>
          </w:p>
        </w:tc>
      </w:tr>
      <w:tr w:rsidR="000F41D8" w14:paraId="6DB783FB" w14:textId="77777777">
        <w:trPr>
          <w:jc w:val="center"/>
        </w:trPr>
        <w:tc>
          <w:tcPr>
            <w:tcW w:w="1624" w:type="dxa"/>
          </w:tcPr>
          <w:p w14:paraId="289F0AE3" w14:textId="77777777" w:rsidR="000F41D8" w:rsidRDefault="00000000">
            <w:r>
              <w:t>Edukacja społeczna</w:t>
            </w:r>
          </w:p>
        </w:tc>
        <w:tc>
          <w:tcPr>
            <w:tcW w:w="1624" w:type="dxa"/>
          </w:tcPr>
          <w:p w14:paraId="78715E6F" w14:textId="77777777" w:rsidR="000F41D8" w:rsidRDefault="00000000">
            <w:r>
              <w:t xml:space="preserve">Uczeń rozpoznaje </w:t>
            </w:r>
            <w:r>
              <w:lastRenderedPageBreak/>
              <w:t>flagę, godło i hymn Polski oraz zachowuje się odpowiednio podczas hymnu.</w:t>
            </w:r>
          </w:p>
        </w:tc>
        <w:tc>
          <w:tcPr>
            <w:tcW w:w="1624" w:type="dxa"/>
          </w:tcPr>
          <w:p w14:paraId="3040BC77" w14:textId="77777777" w:rsidR="000F41D8" w:rsidRDefault="00000000">
            <w:r>
              <w:lastRenderedPageBreak/>
              <w:t xml:space="preserve">wykonuje z </w:t>
            </w:r>
            <w:r>
              <w:lastRenderedPageBreak/>
              <w:t>pomocą lub według wzoru</w:t>
            </w:r>
          </w:p>
        </w:tc>
        <w:tc>
          <w:tcPr>
            <w:tcW w:w="1624" w:type="dxa"/>
          </w:tcPr>
          <w:p w14:paraId="3E8AE9B0" w14:textId="77777777" w:rsidR="000F41D8" w:rsidRDefault="00000000">
            <w:r>
              <w:lastRenderedPageBreak/>
              <w:t xml:space="preserve">wykonuje w </w:t>
            </w:r>
            <w:r>
              <w:lastRenderedPageBreak/>
              <w:t>znanej sytuacji z niewielką pomocą</w:t>
            </w:r>
          </w:p>
        </w:tc>
        <w:tc>
          <w:tcPr>
            <w:tcW w:w="1624" w:type="dxa"/>
          </w:tcPr>
          <w:p w14:paraId="7233D136" w14:textId="77777777" w:rsidR="000F41D8" w:rsidRDefault="00000000">
            <w:r>
              <w:lastRenderedPageBreak/>
              <w:t xml:space="preserve">wykonuje </w:t>
            </w:r>
            <w:r>
              <w:lastRenderedPageBreak/>
              <w:t>samodzielnie i stosuje w podobnej nowej sytuacji</w:t>
            </w:r>
          </w:p>
        </w:tc>
        <w:tc>
          <w:tcPr>
            <w:tcW w:w="1624" w:type="dxa"/>
          </w:tcPr>
          <w:p w14:paraId="48EE015F" w14:textId="77777777" w:rsidR="000F41D8" w:rsidRDefault="00000000">
            <w:r>
              <w:lastRenderedPageBreak/>
              <w:t xml:space="preserve">obserwacja / </w:t>
            </w:r>
            <w:r>
              <w:lastRenderedPageBreak/>
              <w:t>zadanie praktyczne / praca ucznia</w:t>
            </w:r>
          </w:p>
        </w:tc>
      </w:tr>
      <w:tr w:rsidR="000F41D8" w14:paraId="1373C89C" w14:textId="77777777">
        <w:trPr>
          <w:jc w:val="center"/>
        </w:trPr>
        <w:tc>
          <w:tcPr>
            <w:tcW w:w="1624" w:type="dxa"/>
          </w:tcPr>
          <w:p w14:paraId="344F38A8" w14:textId="77777777" w:rsidR="000F41D8" w:rsidRDefault="00000000">
            <w:r>
              <w:lastRenderedPageBreak/>
              <w:t>Edukacja społeczna</w:t>
            </w:r>
          </w:p>
        </w:tc>
        <w:tc>
          <w:tcPr>
            <w:tcW w:w="1624" w:type="dxa"/>
          </w:tcPr>
          <w:p w14:paraId="5E3D6443" w14:textId="77777777" w:rsidR="000F41D8" w:rsidRDefault="00000000">
            <w:r>
              <w:t>Uczeń zna wybrane święta państwowe i tradycje lokalne.</w:t>
            </w:r>
          </w:p>
        </w:tc>
        <w:tc>
          <w:tcPr>
            <w:tcW w:w="1624" w:type="dxa"/>
          </w:tcPr>
          <w:p w14:paraId="743C595F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4A3D7517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32C1DCA1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5239EE32" w14:textId="77777777" w:rsidR="000F41D8" w:rsidRDefault="00000000">
            <w:r>
              <w:t>obserwacja / zadanie praktyczne / praca ucznia</w:t>
            </w:r>
          </w:p>
        </w:tc>
      </w:tr>
      <w:tr w:rsidR="000F41D8" w14:paraId="3C19C006" w14:textId="77777777">
        <w:trPr>
          <w:jc w:val="center"/>
        </w:trPr>
        <w:tc>
          <w:tcPr>
            <w:tcW w:w="1624" w:type="dxa"/>
          </w:tcPr>
          <w:p w14:paraId="5BE3D758" w14:textId="77777777" w:rsidR="000F41D8" w:rsidRDefault="00000000">
            <w:r>
              <w:t>Edukacja społeczna</w:t>
            </w:r>
          </w:p>
        </w:tc>
        <w:tc>
          <w:tcPr>
            <w:tcW w:w="1624" w:type="dxa"/>
          </w:tcPr>
          <w:p w14:paraId="4EC94088" w14:textId="77777777" w:rsidR="000F41D8" w:rsidRDefault="00000000">
            <w:r>
              <w:t>Uczeń rozumie w prostych sytuacjach, że prawa wiążą się z obowiązkami.</w:t>
            </w:r>
          </w:p>
        </w:tc>
        <w:tc>
          <w:tcPr>
            <w:tcW w:w="1624" w:type="dxa"/>
          </w:tcPr>
          <w:p w14:paraId="19BD7B06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152551F3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53C596AA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5E31EB39" w14:textId="77777777" w:rsidR="000F41D8" w:rsidRDefault="00000000">
            <w:r>
              <w:t>obserwacja / zadanie praktyczne / praca ucznia</w:t>
            </w:r>
          </w:p>
        </w:tc>
      </w:tr>
      <w:tr w:rsidR="000F41D8" w14:paraId="28D0FCB5" w14:textId="77777777">
        <w:trPr>
          <w:jc w:val="center"/>
        </w:trPr>
        <w:tc>
          <w:tcPr>
            <w:tcW w:w="1624" w:type="dxa"/>
          </w:tcPr>
          <w:p w14:paraId="42E8899C" w14:textId="77777777" w:rsidR="000F41D8" w:rsidRDefault="00000000">
            <w:r>
              <w:t>Edukacja społeczna</w:t>
            </w:r>
          </w:p>
        </w:tc>
        <w:tc>
          <w:tcPr>
            <w:tcW w:w="1624" w:type="dxa"/>
          </w:tcPr>
          <w:p w14:paraId="6DF400EF" w14:textId="77777777" w:rsidR="000F41D8" w:rsidRDefault="00000000">
            <w:r>
              <w:t>Uczeń rozpoznaje polskie monety i banknoty oraz rozumie, że pieniądze są ograniczonym zasobem.</w:t>
            </w:r>
          </w:p>
        </w:tc>
        <w:tc>
          <w:tcPr>
            <w:tcW w:w="1624" w:type="dxa"/>
          </w:tcPr>
          <w:p w14:paraId="44D4B3CE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2F02BDBA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173564E3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766C038C" w14:textId="77777777" w:rsidR="000F41D8" w:rsidRDefault="00000000">
            <w:r>
              <w:t>obserwacja / zadanie praktyczne / praca ucznia</w:t>
            </w:r>
          </w:p>
        </w:tc>
      </w:tr>
      <w:tr w:rsidR="000F41D8" w14:paraId="42A15025" w14:textId="77777777">
        <w:trPr>
          <w:jc w:val="center"/>
        </w:trPr>
        <w:tc>
          <w:tcPr>
            <w:tcW w:w="1624" w:type="dxa"/>
          </w:tcPr>
          <w:p w14:paraId="747B867D" w14:textId="77777777" w:rsidR="000F41D8" w:rsidRDefault="00000000">
            <w:r>
              <w:t>Edukacja społeczna</w:t>
            </w:r>
          </w:p>
        </w:tc>
        <w:tc>
          <w:tcPr>
            <w:tcW w:w="1624" w:type="dxa"/>
          </w:tcPr>
          <w:p w14:paraId="41E36857" w14:textId="77777777" w:rsidR="000F41D8" w:rsidRDefault="00000000">
            <w:r>
              <w:t>Uczeń tworzy prostą listę zakupów i rozróżnia potrzeby od zachcianek.</w:t>
            </w:r>
          </w:p>
        </w:tc>
        <w:tc>
          <w:tcPr>
            <w:tcW w:w="1624" w:type="dxa"/>
          </w:tcPr>
          <w:p w14:paraId="4C26A00E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00D719BF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57037400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3A860602" w14:textId="77777777" w:rsidR="000F41D8" w:rsidRDefault="00000000">
            <w:r>
              <w:t>obserwacja / zadanie praktyczne / praca ucznia</w:t>
            </w:r>
          </w:p>
        </w:tc>
      </w:tr>
      <w:tr w:rsidR="000F41D8" w14:paraId="4F2801D6" w14:textId="77777777">
        <w:trPr>
          <w:jc w:val="center"/>
        </w:trPr>
        <w:tc>
          <w:tcPr>
            <w:tcW w:w="1624" w:type="dxa"/>
          </w:tcPr>
          <w:p w14:paraId="418C77FA" w14:textId="77777777" w:rsidR="000F41D8" w:rsidRDefault="00000000">
            <w:r>
              <w:t>Edukacja społeczna</w:t>
            </w:r>
          </w:p>
        </w:tc>
        <w:tc>
          <w:tcPr>
            <w:tcW w:w="1624" w:type="dxa"/>
          </w:tcPr>
          <w:p w14:paraId="44E3982C" w14:textId="77777777" w:rsidR="000F41D8" w:rsidRDefault="00000000">
            <w:r>
              <w:t>Uczeń rozpoznaje wpływ reklamy lub innych osób na prostą decyzję zakupową.</w:t>
            </w:r>
          </w:p>
        </w:tc>
        <w:tc>
          <w:tcPr>
            <w:tcW w:w="1624" w:type="dxa"/>
          </w:tcPr>
          <w:p w14:paraId="6A51AE77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5A9F0D4E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22CE4FC4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5FD6D14B" w14:textId="77777777" w:rsidR="000F41D8" w:rsidRDefault="00000000">
            <w:r>
              <w:t>obserwacja / zadanie praktyczne / praca ucznia</w:t>
            </w:r>
          </w:p>
        </w:tc>
      </w:tr>
      <w:tr w:rsidR="000F41D8" w14:paraId="76A50984" w14:textId="77777777">
        <w:trPr>
          <w:jc w:val="center"/>
        </w:trPr>
        <w:tc>
          <w:tcPr>
            <w:tcW w:w="1624" w:type="dxa"/>
          </w:tcPr>
          <w:p w14:paraId="4CDB558B" w14:textId="77777777" w:rsidR="000F41D8" w:rsidRDefault="00000000">
            <w:r>
              <w:t>Edukacja artystyczna – plastyka, muzyka i działania teatralne</w:t>
            </w:r>
          </w:p>
        </w:tc>
        <w:tc>
          <w:tcPr>
            <w:tcW w:w="1624" w:type="dxa"/>
          </w:tcPr>
          <w:p w14:paraId="156D976E" w14:textId="77777777" w:rsidR="000F41D8" w:rsidRDefault="00000000">
            <w:r>
              <w:t xml:space="preserve">Uczeń rozpoznaje podstawowe środki wyrazu </w:t>
            </w:r>
            <w:r>
              <w:lastRenderedPageBreak/>
              <w:t>plastycznego: barwę, linię, kształt i fakturę.</w:t>
            </w:r>
          </w:p>
        </w:tc>
        <w:tc>
          <w:tcPr>
            <w:tcW w:w="1624" w:type="dxa"/>
          </w:tcPr>
          <w:p w14:paraId="285719F3" w14:textId="77777777" w:rsidR="000F41D8" w:rsidRDefault="00000000">
            <w:r>
              <w:lastRenderedPageBreak/>
              <w:t xml:space="preserve">wykonuje z pomocą lub według </w:t>
            </w:r>
            <w:r>
              <w:lastRenderedPageBreak/>
              <w:t>wzoru</w:t>
            </w:r>
          </w:p>
        </w:tc>
        <w:tc>
          <w:tcPr>
            <w:tcW w:w="1624" w:type="dxa"/>
          </w:tcPr>
          <w:p w14:paraId="308B4197" w14:textId="77777777" w:rsidR="000F41D8" w:rsidRDefault="00000000">
            <w:r>
              <w:lastRenderedPageBreak/>
              <w:t xml:space="preserve">wykonuje w znanej sytuacji z </w:t>
            </w:r>
            <w:r>
              <w:lastRenderedPageBreak/>
              <w:t>niewielką pomocą</w:t>
            </w:r>
          </w:p>
        </w:tc>
        <w:tc>
          <w:tcPr>
            <w:tcW w:w="1624" w:type="dxa"/>
          </w:tcPr>
          <w:p w14:paraId="69600E2D" w14:textId="77777777" w:rsidR="000F41D8" w:rsidRDefault="00000000">
            <w:r>
              <w:lastRenderedPageBreak/>
              <w:t xml:space="preserve">wykonuje samodzielnie i stosuje w </w:t>
            </w:r>
            <w:r>
              <w:lastRenderedPageBreak/>
              <w:t>podobnej nowej sytuacji</w:t>
            </w:r>
          </w:p>
        </w:tc>
        <w:tc>
          <w:tcPr>
            <w:tcW w:w="1624" w:type="dxa"/>
          </w:tcPr>
          <w:p w14:paraId="250CC9C3" w14:textId="77777777" w:rsidR="000F41D8" w:rsidRDefault="00000000">
            <w:r>
              <w:lastRenderedPageBreak/>
              <w:t xml:space="preserve">obserwacja / zadanie praktyczne / </w:t>
            </w:r>
            <w:r>
              <w:lastRenderedPageBreak/>
              <w:t>praca ucznia</w:t>
            </w:r>
          </w:p>
        </w:tc>
      </w:tr>
      <w:tr w:rsidR="000F41D8" w14:paraId="1A9D691F" w14:textId="77777777">
        <w:trPr>
          <w:jc w:val="center"/>
        </w:trPr>
        <w:tc>
          <w:tcPr>
            <w:tcW w:w="1624" w:type="dxa"/>
          </w:tcPr>
          <w:p w14:paraId="346AF854" w14:textId="77777777" w:rsidR="000F41D8" w:rsidRDefault="00000000">
            <w:r>
              <w:lastRenderedPageBreak/>
              <w:t>Edukacja artystyczna – plastyka, muzyka i działania teatralne</w:t>
            </w:r>
          </w:p>
        </w:tc>
        <w:tc>
          <w:tcPr>
            <w:tcW w:w="1624" w:type="dxa"/>
          </w:tcPr>
          <w:p w14:paraId="06C56D3C" w14:textId="77777777" w:rsidR="000F41D8" w:rsidRDefault="00000000">
            <w:r>
              <w:t>Uczeń nazywa emocje wywoływane przez oglądane dzieło.</w:t>
            </w:r>
          </w:p>
        </w:tc>
        <w:tc>
          <w:tcPr>
            <w:tcW w:w="1624" w:type="dxa"/>
          </w:tcPr>
          <w:p w14:paraId="5EFC4B8B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0FEB0EE8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47A793FA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02E4B26B" w14:textId="77777777" w:rsidR="000F41D8" w:rsidRDefault="00000000">
            <w:r>
              <w:t>obserwacja / zadanie praktyczne / praca ucznia</w:t>
            </w:r>
          </w:p>
        </w:tc>
      </w:tr>
      <w:tr w:rsidR="000F41D8" w14:paraId="34D54424" w14:textId="77777777">
        <w:trPr>
          <w:jc w:val="center"/>
        </w:trPr>
        <w:tc>
          <w:tcPr>
            <w:tcW w:w="1624" w:type="dxa"/>
          </w:tcPr>
          <w:p w14:paraId="23D69139" w14:textId="77777777" w:rsidR="000F41D8" w:rsidRDefault="00000000">
            <w:r>
              <w:t>Edukacja artystyczna – plastyka, muzyka i działania teatralne</w:t>
            </w:r>
          </w:p>
        </w:tc>
        <w:tc>
          <w:tcPr>
            <w:tcW w:w="1624" w:type="dxa"/>
          </w:tcPr>
          <w:p w14:paraId="798E02B5" w14:textId="77777777" w:rsidR="000F41D8" w:rsidRDefault="00000000">
            <w:r>
              <w:t>Uczeń opisuje wybrane obrazy, ilustracje, fotografie, rzeźby lub filmy, korzystając z prostych określeń.</w:t>
            </w:r>
          </w:p>
        </w:tc>
        <w:tc>
          <w:tcPr>
            <w:tcW w:w="1624" w:type="dxa"/>
          </w:tcPr>
          <w:p w14:paraId="580AD323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3252C972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2D06EB30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7D7962EE" w14:textId="77777777" w:rsidR="000F41D8" w:rsidRDefault="00000000">
            <w:r>
              <w:t>obserwacja / zadanie praktyczne / praca ucznia</w:t>
            </w:r>
          </w:p>
        </w:tc>
      </w:tr>
      <w:tr w:rsidR="000F41D8" w14:paraId="6B000D68" w14:textId="77777777">
        <w:trPr>
          <w:jc w:val="center"/>
        </w:trPr>
        <w:tc>
          <w:tcPr>
            <w:tcW w:w="1624" w:type="dxa"/>
          </w:tcPr>
          <w:p w14:paraId="74A3E055" w14:textId="77777777" w:rsidR="000F41D8" w:rsidRDefault="00000000">
            <w:r>
              <w:t>Edukacja artystyczna – plastyka, muzyka i działania teatralne</w:t>
            </w:r>
          </w:p>
        </w:tc>
        <w:tc>
          <w:tcPr>
            <w:tcW w:w="1624" w:type="dxa"/>
          </w:tcPr>
          <w:p w14:paraId="4DE2131E" w14:textId="77777777" w:rsidR="000F41D8" w:rsidRDefault="00000000">
            <w:r>
              <w:t>Uczeń wykonuje pracę z wykorzystaniem rysowania, malowania, wycinania, lepienia, konstruowania lub innych dostępnych technik.</w:t>
            </w:r>
          </w:p>
        </w:tc>
        <w:tc>
          <w:tcPr>
            <w:tcW w:w="1624" w:type="dxa"/>
          </w:tcPr>
          <w:p w14:paraId="750431A6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3CF19FA5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1C865DFA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69CFFBE9" w14:textId="77777777" w:rsidR="000F41D8" w:rsidRDefault="00000000">
            <w:r>
              <w:t>obserwacja / zadanie praktyczne / praca ucznia</w:t>
            </w:r>
          </w:p>
        </w:tc>
      </w:tr>
      <w:tr w:rsidR="000F41D8" w14:paraId="342F498B" w14:textId="77777777">
        <w:trPr>
          <w:jc w:val="center"/>
        </w:trPr>
        <w:tc>
          <w:tcPr>
            <w:tcW w:w="1624" w:type="dxa"/>
          </w:tcPr>
          <w:p w14:paraId="7C0F40F8" w14:textId="77777777" w:rsidR="000F41D8" w:rsidRDefault="00000000">
            <w:r>
              <w:t>Edukacja artystyczna – plastyka, muzyka i działania teatralne</w:t>
            </w:r>
          </w:p>
        </w:tc>
        <w:tc>
          <w:tcPr>
            <w:tcW w:w="1624" w:type="dxa"/>
          </w:tcPr>
          <w:p w14:paraId="703C6366" w14:textId="77777777" w:rsidR="000F41D8" w:rsidRDefault="00000000">
            <w:r>
              <w:t>Uczeń bezpiecznie posługuje się materiałami i podstawowymi narzędziami.</w:t>
            </w:r>
          </w:p>
        </w:tc>
        <w:tc>
          <w:tcPr>
            <w:tcW w:w="1624" w:type="dxa"/>
          </w:tcPr>
          <w:p w14:paraId="57BE4341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3926F08D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25E72631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2FB0FEE4" w14:textId="77777777" w:rsidR="000F41D8" w:rsidRDefault="00000000">
            <w:r>
              <w:t>obserwacja / zadanie praktyczne / praca ucznia</w:t>
            </w:r>
          </w:p>
        </w:tc>
      </w:tr>
      <w:tr w:rsidR="000F41D8" w14:paraId="0C70F097" w14:textId="77777777">
        <w:trPr>
          <w:jc w:val="center"/>
        </w:trPr>
        <w:tc>
          <w:tcPr>
            <w:tcW w:w="1624" w:type="dxa"/>
          </w:tcPr>
          <w:p w14:paraId="152535BC" w14:textId="77777777" w:rsidR="000F41D8" w:rsidRDefault="00000000">
            <w:r>
              <w:t>Edukacja artystyczna – plastyka, muzyka i działania teatralne</w:t>
            </w:r>
          </w:p>
        </w:tc>
        <w:tc>
          <w:tcPr>
            <w:tcW w:w="1624" w:type="dxa"/>
          </w:tcPr>
          <w:p w14:paraId="4F8B37C6" w14:textId="77777777" w:rsidR="000F41D8" w:rsidRDefault="00000000">
            <w:r>
              <w:t xml:space="preserve">Uczeń podejmuje samodzielne decyzje dotyczące kolorów, kształtów, materiałów i sposobu </w:t>
            </w:r>
            <w:r>
              <w:lastRenderedPageBreak/>
              <w:t>wykonania.</w:t>
            </w:r>
          </w:p>
        </w:tc>
        <w:tc>
          <w:tcPr>
            <w:tcW w:w="1624" w:type="dxa"/>
          </w:tcPr>
          <w:p w14:paraId="2AE795E6" w14:textId="77777777" w:rsidR="000F41D8" w:rsidRDefault="00000000">
            <w:r>
              <w:lastRenderedPageBreak/>
              <w:t>wykonuje z pomocą lub według wzoru</w:t>
            </w:r>
          </w:p>
        </w:tc>
        <w:tc>
          <w:tcPr>
            <w:tcW w:w="1624" w:type="dxa"/>
          </w:tcPr>
          <w:p w14:paraId="116E72C6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5535BDB7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09BC00A2" w14:textId="77777777" w:rsidR="000F41D8" w:rsidRDefault="00000000">
            <w:r>
              <w:t>obserwacja / zadanie praktyczne / praca ucznia</w:t>
            </w:r>
          </w:p>
        </w:tc>
      </w:tr>
      <w:tr w:rsidR="000F41D8" w14:paraId="315DDC97" w14:textId="77777777">
        <w:trPr>
          <w:jc w:val="center"/>
        </w:trPr>
        <w:tc>
          <w:tcPr>
            <w:tcW w:w="1624" w:type="dxa"/>
          </w:tcPr>
          <w:p w14:paraId="63CA8AFF" w14:textId="77777777" w:rsidR="000F41D8" w:rsidRDefault="00000000">
            <w:r>
              <w:t>Edukacja artystyczna – plastyka, muzyka i działania teatralne</w:t>
            </w:r>
          </w:p>
        </w:tc>
        <w:tc>
          <w:tcPr>
            <w:tcW w:w="1624" w:type="dxa"/>
          </w:tcPr>
          <w:p w14:paraId="6C43570A" w14:textId="77777777" w:rsidR="000F41D8" w:rsidRDefault="00000000">
            <w:r>
              <w:t>Uczeń śpiewa poznane piosenki, zachowując podstawowy rytm i melodię na miarę swoich możliwości.</w:t>
            </w:r>
          </w:p>
        </w:tc>
        <w:tc>
          <w:tcPr>
            <w:tcW w:w="1624" w:type="dxa"/>
          </w:tcPr>
          <w:p w14:paraId="6E6F04E1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341B1B75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0EF92AC1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07E9DA06" w14:textId="77777777" w:rsidR="000F41D8" w:rsidRDefault="00000000">
            <w:r>
              <w:t>obserwacja / zadanie praktyczne / praca ucznia</w:t>
            </w:r>
          </w:p>
        </w:tc>
      </w:tr>
      <w:tr w:rsidR="000F41D8" w14:paraId="623E8A61" w14:textId="77777777">
        <w:trPr>
          <w:jc w:val="center"/>
        </w:trPr>
        <w:tc>
          <w:tcPr>
            <w:tcW w:w="1624" w:type="dxa"/>
          </w:tcPr>
          <w:p w14:paraId="78E46079" w14:textId="77777777" w:rsidR="000F41D8" w:rsidRDefault="00000000">
            <w:r>
              <w:t>Edukacja artystyczna – plastyka, muzyka i działania teatralne</w:t>
            </w:r>
          </w:p>
        </w:tc>
        <w:tc>
          <w:tcPr>
            <w:tcW w:w="1624" w:type="dxa"/>
          </w:tcPr>
          <w:p w14:paraId="6C55F711" w14:textId="77777777" w:rsidR="000F41D8" w:rsidRDefault="00000000">
            <w:r>
              <w:t>Uczeń reaguje ruchem na tempo, rytm i charakter muzyki.</w:t>
            </w:r>
          </w:p>
        </w:tc>
        <w:tc>
          <w:tcPr>
            <w:tcW w:w="1624" w:type="dxa"/>
          </w:tcPr>
          <w:p w14:paraId="38F443C8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0DD92C32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5F813A27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7BA0C8A6" w14:textId="77777777" w:rsidR="000F41D8" w:rsidRDefault="00000000">
            <w:r>
              <w:t>obserwacja / zadanie praktyczne / praca ucznia</w:t>
            </w:r>
          </w:p>
        </w:tc>
      </w:tr>
      <w:tr w:rsidR="000F41D8" w14:paraId="1CB96126" w14:textId="77777777">
        <w:trPr>
          <w:jc w:val="center"/>
        </w:trPr>
        <w:tc>
          <w:tcPr>
            <w:tcW w:w="1624" w:type="dxa"/>
          </w:tcPr>
          <w:p w14:paraId="144F91AB" w14:textId="77777777" w:rsidR="000F41D8" w:rsidRDefault="00000000">
            <w:r>
              <w:t>Edukacja artystyczna – plastyka, muzyka i działania teatralne</w:t>
            </w:r>
          </w:p>
        </w:tc>
        <w:tc>
          <w:tcPr>
            <w:tcW w:w="1624" w:type="dxa"/>
          </w:tcPr>
          <w:p w14:paraId="4B940C36" w14:textId="77777777" w:rsidR="000F41D8" w:rsidRDefault="00000000">
            <w:r>
              <w:t>Uczeń odtwarza proste rytmy i wykonuje je na instrumentach perkusyjnych lub przedmiotach codziennego użytku.</w:t>
            </w:r>
          </w:p>
        </w:tc>
        <w:tc>
          <w:tcPr>
            <w:tcW w:w="1624" w:type="dxa"/>
          </w:tcPr>
          <w:p w14:paraId="09A54B36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2543170F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19D85605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1B68C0CE" w14:textId="77777777" w:rsidR="000F41D8" w:rsidRDefault="00000000">
            <w:r>
              <w:t>obserwacja / zadanie praktyczne / praca ucznia</w:t>
            </w:r>
          </w:p>
        </w:tc>
      </w:tr>
      <w:tr w:rsidR="000F41D8" w14:paraId="7242FD25" w14:textId="77777777">
        <w:trPr>
          <w:jc w:val="center"/>
        </w:trPr>
        <w:tc>
          <w:tcPr>
            <w:tcW w:w="1624" w:type="dxa"/>
          </w:tcPr>
          <w:p w14:paraId="0ED0BF22" w14:textId="77777777" w:rsidR="000F41D8" w:rsidRDefault="00000000">
            <w:r>
              <w:t>Edukacja artystyczna – plastyka, muzyka i działania teatralne</w:t>
            </w:r>
          </w:p>
        </w:tc>
        <w:tc>
          <w:tcPr>
            <w:tcW w:w="1624" w:type="dxa"/>
          </w:tcPr>
          <w:p w14:paraId="79412409" w14:textId="77777777" w:rsidR="000F41D8" w:rsidRDefault="00000000">
            <w:r>
              <w:t>Uczeń uczestniczy w krótkiej scence lub zabawie dramowej.</w:t>
            </w:r>
          </w:p>
        </w:tc>
        <w:tc>
          <w:tcPr>
            <w:tcW w:w="1624" w:type="dxa"/>
          </w:tcPr>
          <w:p w14:paraId="53105F4F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36254539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4EDD6848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1EF6846D" w14:textId="77777777" w:rsidR="000F41D8" w:rsidRDefault="00000000">
            <w:r>
              <w:t>obserwacja / zadanie praktyczne / praca ucznia</w:t>
            </w:r>
          </w:p>
        </w:tc>
      </w:tr>
      <w:tr w:rsidR="000F41D8" w14:paraId="0D7DBCDF" w14:textId="77777777">
        <w:trPr>
          <w:jc w:val="center"/>
        </w:trPr>
        <w:tc>
          <w:tcPr>
            <w:tcW w:w="1624" w:type="dxa"/>
          </w:tcPr>
          <w:p w14:paraId="0EF67373" w14:textId="77777777" w:rsidR="000F41D8" w:rsidRDefault="00000000">
            <w:r>
              <w:t>Edukacja artystyczna – plastyka, muzyka i działania teatralne</w:t>
            </w:r>
          </w:p>
        </w:tc>
        <w:tc>
          <w:tcPr>
            <w:tcW w:w="1624" w:type="dxa"/>
          </w:tcPr>
          <w:p w14:paraId="1FB7B1C2" w14:textId="77777777" w:rsidR="000F41D8" w:rsidRDefault="00000000">
            <w:r>
              <w:t>Uczeń wykorzystuje głos, ruch, rekwizyt i gest do wyrażenia emocji lub roli.</w:t>
            </w:r>
          </w:p>
        </w:tc>
        <w:tc>
          <w:tcPr>
            <w:tcW w:w="1624" w:type="dxa"/>
          </w:tcPr>
          <w:p w14:paraId="652B350B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459ED178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78D6C6B3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6291C69F" w14:textId="77777777" w:rsidR="000F41D8" w:rsidRDefault="00000000">
            <w:r>
              <w:t>obserwacja / zadanie praktyczne / praca ucznia</w:t>
            </w:r>
          </w:p>
        </w:tc>
      </w:tr>
      <w:tr w:rsidR="000F41D8" w14:paraId="4CB8CAC9" w14:textId="77777777">
        <w:trPr>
          <w:jc w:val="center"/>
        </w:trPr>
        <w:tc>
          <w:tcPr>
            <w:tcW w:w="1624" w:type="dxa"/>
          </w:tcPr>
          <w:p w14:paraId="2BC37B33" w14:textId="77777777" w:rsidR="000F41D8" w:rsidRDefault="00000000">
            <w:r>
              <w:t>Edukacja artystyczna – plastyka, muzyka i działania teatralne</w:t>
            </w:r>
          </w:p>
        </w:tc>
        <w:tc>
          <w:tcPr>
            <w:tcW w:w="1624" w:type="dxa"/>
          </w:tcPr>
          <w:p w14:paraId="055A123F" w14:textId="77777777" w:rsidR="000F41D8" w:rsidRDefault="00000000">
            <w:r>
              <w:t xml:space="preserve">Uczeń współpracuje z innymi podczas tworzenia prostej scenki </w:t>
            </w:r>
            <w:r>
              <w:lastRenderedPageBreak/>
              <w:t>inspirowanej literaturą lub codziennym doświadczeniem.</w:t>
            </w:r>
          </w:p>
        </w:tc>
        <w:tc>
          <w:tcPr>
            <w:tcW w:w="1624" w:type="dxa"/>
          </w:tcPr>
          <w:p w14:paraId="6B7AAFA2" w14:textId="77777777" w:rsidR="000F41D8" w:rsidRDefault="00000000">
            <w:r>
              <w:lastRenderedPageBreak/>
              <w:t>wykonuje z pomocą lub według wzoru</w:t>
            </w:r>
          </w:p>
        </w:tc>
        <w:tc>
          <w:tcPr>
            <w:tcW w:w="1624" w:type="dxa"/>
          </w:tcPr>
          <w:p w14:paraId="5CB0D542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06F2251D" w14:textId="77777777" w:rsidR="000F41D8" w:rsidRDefault="00000000">
            <w:r>
              <w:t xml:space="preserve">wykonuje samodzielnie i stosuje w podobnej nowej </w:t>
            </w:r>
            <w:r>
              <w:lastRenderedPageBreak/>
              <w:t>sytuacji</w:t>
            </w:r>
          </w:p>
        </w:tc>
        <w:tc>
          <w:tcPr>
            <w:tcW w:w="1624" w:type="dxa"/>
          </w:tcPr>
          <w:p w14:paraId="12867EBD" w14:textId="77777777" w:rsidR="000F41D8" w:rsidRDefault="00000000">
            <w:r>
              <w:lastRenderedPageBreak/>
              <w:t>obserwacja / zadanie praktyczne / praca ucznia</w:t>
            </w:r>
          </w:p>
        </w:tc>
      </w:tr>
      <w:tr w:rsidR="000F41D8" w14:paraId="117D90AA" w14:textId="77777777">
        <w:trPr>
          <w:jc w:val="center"/>
        </w:trPr>
        <w:tc>
          <w:tcPr>
            <w:tcW w:w="1624" w:type="dxa"/>
          </w:tcPr>
          <w:p w14:paraId="68486EB6" w14:textId="77777777" w:rsidR="000F41D8" w:rsidRDefault="00000000">
            <w:r>
              <w:t>Edukacja techniczna i informatyczna/cyfrowa</w:t>
            </w:r>
          </w:p>
        </w:tc>
        <w:tc>
          <w:tcPr>
            <w:tcW w:w="1624" w:type="dxa"/>
          </w:tcPr>
          <w:p w14:paraId="3DCC3953" w14:textId="77777777" w:rsidR="000F41D8" w:rsidRDefault="00000000">
            <w:r>
              <w:t>Uczeń przygotowuje stanowisko pracy i utrzymuje na nim porządek.</w:t>
            </w:r>
          </w:p>
        </w:tc>
        <w:tc>
          <w:tcPr>
            <w:tcW w:w="1624" w:type="dxa"/>
          </w:tcPr>
          <w:p w14:paraId="5EBFECA2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03E5E7A2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25F3F118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1A74E4E3" w14:textId="77777777" w:rsidR="000F41D8" w:rsidRDefault="00000000">
            <w:r>
              <w:t>obserwacja / zadanie praktyczne / praca ucznia</w:t>
            </w:r>
          </w:p>
        </w:tc>
      </w:tr>
      <w:tr w:rsidR="000F41D8" w14:paraId="503891C4" w14:textId="77777777">
        <w:trPr>
          <w:jc w:val="center"/>
        </w:trPr>
        <w:tc>
          <w:tcPr>
            <w:tcW w:w="1624" w:type="dxa"/>
          </w:tcPr>
          <w:p w14:paraId="19238614" w14:textId="77777777" w:rsidR="000F41D8" w:rsidRDefault="00000000">
            <w:r>
              <w:t>Edukacja techniczna i informatyczna/cyfrowa</w:t>
            </w:r>
          </w:p>
        </w:tc>
        <w:tc>
          <w:tcPr>
            <w:tcW w:w="1624" w:type="dxa"/>
          </w:tcPr>
          <w:p w14:paraId="02DB6936" w14:textId="77777777" w:rsidR="000F41D8" w:rsidRDefault="00000000">
            <w:r>
              <w:t>Uczeń bezpiecznie posługuje się prostymi narzędziami, np. nożyczkami, igłą do prac ręcznych, młotkiem lub śrubokrętem – odpowiednio do zadania i pod nadzorem.</w:t>
            </w:r>
          </w:p>
        </w:tc>
        <w:tc>
          <w:tcPr>
            <w:tcW w:w="1624" w:type="dxa"/>
          </w:tcPr>
          <w:p w14:paraId="365FFC15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1B5685B4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61540D3A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708C44CE" w14:textId="77777777" w:rsidR="000F41D8" w:rsidRDefault="00000000">
            <w:r>
              <w:t>obserwacja / zadanie praktyczne / praca ucznia</w:t>
            </w:r>
          </w:p>
        </w:tc>
      </w:tr>
      <w:tr w:rsidR="000F41D8" w14:paraId="7D1357D7" w14:textId="77777777">
        <w:trPr>
          <w:jc w:val="center"/>
        </w:trPr>
        <w:tc>
          <w:tcPr>
            <w:tcW w:w="1624" w:type="dxa"/>
          </w:tcPr>
          <w:p w14:paraId="253CDAA8" w14:textId="77777777" w:rsidR="000F41D8" w:rsidRDefault="00000000">
            <w:r>
              <w:t>Edukacja techniczna i informatyczna/cyfrowa</w:t>
            </w:r>
          </w:p>
        </w:tc>
        <w:tc>
          <w:tcPr>
            <w:tcW w:w="1624" w:type="dxa"/>
          </w:tcPr>
          <w:p w14:paraId="2A9D1954" w14:textId="77777777" w:rsidR="000F41D8" w:rsidRDefault="00000000">
            <w:r>
              <w:t>Uczeń dobiera podstawowe materiały do prostego zadania technicznego.</w:t>
            </w:r>
          </w:p>
        </w:tc>
        <w:tc>
          <w:tcPr>
            <w:tcW w:w="1624" w:type="dxa"/>
          </w:tcPr>
          <w:p w14:paraId="67E16B21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4DD7B2FE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66FAAA97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396F4769" w14:textId="77777777" w:rsidR="000F41D8" w:rsidRDefault="00000000">
            <w:r>
              <w:t>obserwacja / zadanie praktyczne / praca ucznia</w:t>
            </w:r>
          </w:p>
        </w:tc>
      </w:tr>
      <w:tr w:rsidR="000F41D8" w14:paraId="2BFC7D76" w14:textId="77777777">
        <w:trPr>
          <w:jc w:val="center"/>
        </w:trPr>
        <w:tc>
          <w:tcPr>
            <w:tcW w:w="1624" w:type="dxa"/>
          </w:tcPr>
          <w:p w14:paraId="6A1DC4FF" w14:textId="77777777" w:rsidR="000F41D8" w:rsidRDefault="00000000">
            <w:r>
              <w:t>Edukacja techniczna i informatyczna/cyfrowa</w:t>
            </w:r>
          </w:p>
        </w:tc>
        <w:tc>
          <w:tcPr>
            <w:tcW w:w="1624" w:type="dxa"/>
          </w:tcPr>
          <w:p w14:paraId="131B4813" w14:textId="77777777" w:rsidR="000F41D8" w:rsidRDefault="00000000">
            <w:r>
              <w:t>Uczeń składa, łączy lub buduje prosty przedmiot według instrukcji lub własnego pomysłu.</w:t>
            </w:r>
          </w:p>
        </w:tc>
        <w:tc>
          <w:tcPr>
            <w:tcW w:w="1624" w:type="dxa"/>
          </w:tcPr>
          <w:p w14:paraId="18A8C7CA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1E053D6B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4A11EBB7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2C8CAE03" w14:textId="77777777" w:rsidR="000F41D8" w:rsidRDefault="00000000">
            <w:r>
              <w:t>obserwacja / zadanie praktyczne / praca ucznia</w:t>
            </w:r>
          </w:p>
        </w:tc>
      </w:tr>
      <w:tr w:rsidR="000F41D8" w14:paraId="0F960D8C" w14:textId="77777777">
        <w:trPr>
          <w:jc w:val="center"/>
        </w:trPr>
        <w:tc>
          <w:tcPr>
            <w:tcW w:w="1624" w:type="dxa"/>
          </w:tcPr>
          <w:p w14:paraId="1065DF94" w14:textId="77777777" w:rsidR="000F41D8" w:rsidRDefault="00000000">
            <w:r>
              <w:t>Edukacja techniczna i informatyczna/cyfrowa</w:t>
            </w:r>
          </w:p>
        </w:tc>
        <w:tc>
          <w:tcPr>
            <w:tcW w:w="1624" w:type="dxa"/>
          </w:tcPr>
          <w:p w14:paraId="2F3EDDB9" w14:textId="77777777" w:rsidR="000F41D8" w:rsidRDefault="00000000">
            <w:r>
              <w:t xml:space="preserve">Uczeń wykorzystuje materiały w sposób oszczędny i próbuje ponownie </w:t>
            </w:r>
            <w:r>
              <w:lastRenderedPageBreak/>
              <w:t>wykorzystać dostępne elementy.</w:t>
            </w:r>
          </w:p>
        </w:tc>
        <w:tc>
          <w:tcPr>
            <w:tcW w:w="1624" w:type="dxa"/>
          </w:tcPr>
          <w:p w14:paraId="19CCDB73" w14:textId="77777777" w:rsidR="000F41D8" w:rsidRDefault="00000000">
            <w:r>
              <w:lastRenderedPageBreak/>
              <w:t>wykonuje z pomocą lub według wzoru</w:t>
            </w:r>
          </w:p>
        </w:tc>
        <w:tc>
          <w:tcPr>
            <w:tcW w:w="1624" w:type="dxa"/>
          </w:tcPr>
          <w:p w14:paraId="630B8B10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4CE2DF2C" w14:textId="77777777" w:rsidR="000F41D8" w:rsidRDefault="00000000">
            <w:r>
              <w:t xml:space="preserve">wykonuje samodzielnie i stosuje w podobnej nowej </w:t>
            </w:r>
            <w:r>
              <w:lastRenderedPageBreak/>
              <w:t>sytuacji</w:t>
            </w:r>
          </w:p>
        </w:tc>
        <w:tc>
          <w:tcPr>
            <w:tcW w:w="1624" w:type="dxa"/>
          </w:tcPr>
          <w:p w14:paraId="36986637" w14:textId="77777777" w:rsidR="000F41D8" w:rsidRDefault="00000000">
            <w:r>
              <w:lastRenderedPageBreak/>
              <w:t>obserwacja / zadanie praktyczne / praca ucznia</w:t>
            </w:r>
          </w:p>
        </w:tc>
      </w:tr>
      <w:tr w:rsidR="000F41D8" w14:paraId="02163AA0" w14:textId="77777777">
        <w:trPr>
          <w:jc w:val="center"/>
        </w:trPr>
        <w:tc>
          <w:tcPr>
            <w:tcW w:w="1624" w:type="dxa"/>
          </w:tcPr>
          <w:p w14:paraId="0A9264DE" w14:textId="77777777" w:rsidR="000F41D8" w:rsidRDefault="00000000">
            <w:r>
              <w:t>Edukacja techniczna i informatyczna/cyfrowa</w:t>
            </w:r>
          </w:p>
        </w:tc>
        <w:tc>
          <w:tcPr>
            <w:tcW w:w="1624" w:type="dxa"/>
          </w:tcPr>
          <w:p w14:paraId="2D34442F" w14:textId="77777777" w:rsidR="000F41D8" w:rsidRDefault="00000000">
            <w:r>
              <w:t>Uczeń dostrzega, co nie działa w prostym modelu, i podejmuje próbę poprawy.</w:t>
            </w:r>
          </w:p>
        </w:tc>
        <w:tc>
          <w:tcPr>
            <w:tcW w:w="1624" w:type="dxa"/>
          </w:tcPr>
          <w:p w14:paraId="49288701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32D01997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747282BB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680E27B5" w14:textId="77777777" w:rsidR="000F41D8" w:rsidRDefault="00000000">
            <w:r>
              <w:t>obserwacja / zadanie praktyczne / praca ucznia</w:t>
            </w:r>
          </w:p>
        </w:tc>
      </w:tr>
      <w:tr w:rsidR="000F41D8" w14:paraId="25F1D36C" w14:textId="77777777">
        <w:trPr>
          <w:jc w:val="center"/>
        </w:trPr>
        <w:tc>
          <w:tcPr>
            <w:tcW w:w="1624" w:type="dxa"/>
          </w:tcPr>
          <w:p w14:paraId="29D3C6DF" w14:textId="77777777" w:rsidR="000F41D8" w:rsidRDefault="00000000">
            <w:r>
              <w:t>Edukacja techniczna i informatyczna/cyfrowa</w:t>
            </w:r>
          </w:p>
        </w:tc>
        <w:tc>
          <w:tcPr>
            <w:tcW w:w="1624" w:type="dxa"/>
          </w:tcPr>
          <w:p w14:paraId="3C811C13" w14:textId="77777777" w:rsidR="000F41D8" w:rsidRDefault="00000000">
            <w:r>
              <w:t>Uczeń prawidłowo uruchamia i kończy pracę z urządzeniem zgodnie z instrukcją.</w:t>
            </w:r>
          </w:p>
        </w:tc>
        <w:tc>
          <w:tcPr>
            <w:tcW w:w="1624" w:type="dxa"/>
          </w:tcPr>
          <w:p w14:paraId="401EE52F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7C4B2592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69ED48A6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4F08F6D3" w14:textId="77777777" w:rsidR="000F41D8" w:rsidRDefault="00000000">
            <w:r>
              <w:t>obserwacja / zadanie praktyczne / praca ucznia</w:t>
            </w:r>
          </w:p>
        </w:tc>
      </w:tr>
      <w:tr w:rsidR="000F41D8" w14:paraId="1EAEE40D" w14:textId="77777777">
        <w:trPr>
          <w:jc w:val="center"/>
        </w:trPr>
        <w:tc>
          <w:tcPr>
            <w:tcW w:w="1624" w:type="dxa"/>
          </w:tcPr>
          <w:p w14:paraId="494896BF" w14:textId="77777777" w:rsidR="000F41D8" w:rsidRDefault="00000000">
            <w:r>
              <w:t>Edukacja techniczna i informatyczna/cyfrowa</w:t>
            </w:r>
          </w:p>
        </w:tc>
        <w:tc>
          <w:tcPr>
            <w:tcW w:w="1624" w:type="dxa"/>
          </w:tcPr>
          <w:p w14:paraId="00CC064A" w14:textId="77777777" w:rsidR="000F41D8" w:rsidRDefault="00000000">
            <w:r>
              <w:t>Uczeń posługuje się podstawowymi funkcjami klawiatury, myszy, ekranu dotykowego lub prostego programu edukacyjnego.</w:t>
            </w:r>
          </w:p>
        </w:tc>
        <w:tc>
          <w:tcPr>
            <w:tcW w:w="1624" w:type="dxa"/>
          </w:tcPr>
          <w:p w14:paraId="2E1A03C0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370E9F70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470763FE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0193D068" w14:textId="77777777" w:rsidR="000F41D8" w:rsidRDefault="00000000">
            <w:r>
              <w:t>obserwacja / zadanie praktyczne / praca ucznia</w:t>
            </w:r>
          </w:p>
        </w:tc>
      </w:tr>
      <w:tr w:rsidR="000F41D8" w14:paraId="2BC62C92" w14:textId="77777777">
        <w:trPr>
          <w:jc w:val="center"/>
        </w:trPr>
        <w:tc>
          <w:tcPr>
            <w:tcW w:w="1624" w:type="dxa"/>
          </w:tcPr>
          <w:p w14:paraId="366F7807" w14:textId="77777777" w:rsidR="000F41D8" w:rsidRDefault="00000000">
            <w:r>
              <w:t>Edukacja techniczna i informatyczna/cyfrowa</w:t>
            </w:r>
          </w:p>
        </w:tc>
        <w:tc>
          <w:tcPr>
            <w:tcW w:w="1624" w:type="dxa"/>
          </w:tcPr>
          <w:p w14:paraId="6D5C7773" w14:textId="77777777" w:rsidR="000F41D8" w:rsidRDefault="00000000">
            <w:r>
              <w:t>Uczeń tworzy prostą treść cyfrową, np. krótki tekst, rysunek, układ symboli lub prostą prezentację, adekwatnie do możliwości.</w:t>
            </w:r>
          </w:p>
        </w:tc>
        <w:tc>
          <w:tcPr>
            <w:tcW w:w="1624" w:type="dxa"/>
          </w:tcPr>
          <w:p w14:paraId="0F5F6347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59704EDE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448E7DB4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2979412D" w14:textId="77777777" w:rsidR="000F41D8" w:rsidRDefault="00000000">
            <w:r>
              <w:t>obserwacja / zadanie praktyczne / praca ucznia</w:t>
            </w:r>
          </w:p>
        </w:tc>
      </w:tr>
      <w:tr w:rsidR="000F41D8" w14:paraId="38D35AED" w14:textId="77777777">
        <w:trPr>
          <w:jc w:val="center"/>
        </w:trPr>
        <w:tc>
          <w:tcPr>
            <w:tcW w:w="1624" w:type="dxa"/>
          </w:tcPr>
          <w:p w14:paraId="6CA8B2FB" w14:textId="77777777" w:rsidR="000F41D8" w:rsidRDefault="00000000">
            <w:r>
              <w:t>Edukacja techniczna i informatyczna/cyfrowa</w:t>
            </w:r>
          </w:p>
        </w:tc>
        <w:tc>
          <w:tcPr>
            <w:tcW w:w="1624" w:type="dxa"/>
          </w:tcPr>
          <w:p w14:paraId="1EE72E23" w14:textId="77777777" w:rsidR="000F41D8" w:rsidRDefault="00000000">
            <w:r>
              <w:t xml:space="preserve">Uczeń wie, że nie należy udostępniać obcym osobom swoich danych i zdjęć bez zgody </w:t>
            </w:r>
            <w:r>
              <w:lastRenderedPageBreak/>
              <w:t>osoby dorosłej.</w:t>
            </w:r>
          </w:p>
        </w:tc>
        <w:tc>
          <w:tcPr>
            <w:tcW w:w="1624" w:type="dxa"/>
          </w:tcPr>
          <w:p w14:paraId="25E1BE5F" w14:textId="77777777" w:rsidR="000F41D8" w:rsidRDefault="00000000">
            <w:r>
              <w:lastRenderedPageBreak/>
              <w:t>wykonuje z pomocą lub według wzoru</w:t>
            </w:r>
          </w:p>
        </w:tc>
        <w:tc>
          <w:tcPr>
            <w:tcW w:w="1624" w:type="dxa"/>
          </w:tcPr>
          <w:p w14:paraId="60510B31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202737FC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1B9B8894" w14:textId="77777777" w:rsidR="000F41D8" w:rsidRDefault="00000000">
            <w:r>
              <w:t>obserwacja / zadanie praktyczne / praca ucznia</w:t>
            </w:r>
          </w:p>
        </w:tc>
      </w:tr>
      <w:tr w:rsidR="000F41D8" w14:paraId="7652BB57" w14:textId="77777777">
        <w:trPr>
          <w:jc w:val="center"/>
        </w:trPr>
        <w:tc>
          <w:tcPr>
            <w:tcW w:w="1624" w:type="dxa"/>
          </w:tcPr>
          <w:p w14:paraId="1F5402AD" w14:textId="77777777" w:rsidR="000F41D8" w:rsidRDefault="00000000">
            <w:r>
              <w:t>Edukacja techniczna i informatyczna/cyfrowa</w:t>
            </w:r>
          </w:p>
        </w:tc>
        <w:tc>
          <w:tcPr>
            <w:tcW w:w="1624" w:type="dxa"/>
          </w:tcPr>
          <w:p w14:paraId="74F772BF" w14:textId="77777777" w:rsidR="000F41D8" w:rsidRDefault="00000000">
            <w:r>
              <w:t>Uczeń rozpoznaje, że nie każda wiadomość lub informacja w internecie jest bezpieczna i prawdziwa.</w:t>
            </w:r>
          </w:p>
        </w:tc>
        <w:tc>
          <w:tcPr>
            <w:tcW w:w="1624" w:type="dxa"/>
          </w:tcPr>
          <w:p w14:paraId="53FA09AA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3A519766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6729F952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504EB3C0" w14:textId="77777777" w:rsidR="000F41D8" w:rsidRDefault="00000000">
            <w:r>
              <w:t>obserwacja / zadanie praktyczne / praca ucznia</w:t>
            </w:r>
          </w:p>
        </w:tc>
      </w:tr>
      <w:tr w:rsidR="000F41D8" w14:paraId="0AFCCF67" w14:textId="77777777">
        <w:trPr>
          <w:jc w:val="center"/>
        </w:trPr>
        <w:tc>
          <w:tcPr>
            <w:tcW w:w="1624" w:type="dxa"/>
          </w:tcPr>
          <w:p w14:paraId="5EE9FCB4" w14:textId="77777777" w:rsidR="000F41D8" w:rsidRDefault="00000000">
            <w:r>
              <w:t>Edukacja techniczna i informatyczna/cyfrowa</w:t>
            </w:r>
          </w:p>
        </w:tc>
        <w:tc>
          <w:tcPr>
            <w:tcW w:w="1624" w:type="dxa"/>
          </w:tcPr>
          <w:p w14:paraId="51906838" w14:textId="77777777" w:rsidR="000F41D8" w:rsidRDefault="00000000">
            <w:r>
              <w:t>Uczeń wie, że w sytuacji niepokojącego kontaktu w sieci należy przerwać kontakt i powiedzieć o tym zaufanej osobie dorosłej.</w:t>
            </w:r>
          </w:p>
        </w:tc>
        <w:tc>
          <w:tcPr>
            <w:tcW w:w="1624" w:type="dxa"/>
          </w:tcPr>
          <w:p w14:paraId="2BFB1C96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5B848414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05CBC817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75C7BF24" w14:textId="77777777" w:rsidR="000F41D8" w:rsidRDefault="00000000">
            <w:r>
              <w:t>obserwacja / zadanie praktyczne / praca ucznia</w:t>
            </w:r>
          </w:p>
        </w:tc>
      </w:tr>
      <w:tr w:rsidR="000F41D8" w14:paraId="3F757F51" w14:textId="77777777">
        <w:trPr>
          <w:jc w:val="center"/>
        </w:trPr>
        <w:tc>
          <w:tcPr>
            <w:tcW w:w="1624" w:type="dxa"/>
          </w:tcPr>
          <w:p w14:paraId="1FAD57B2" w14:textId="77777777" w:rsidR="000F41D8" w:rsidRDefault="00000000">
            <w:r>
              <w:t>Edukacja techniczna i informatyczna/cyfrowa</w:t>
            </w:r>
          </w:p>
        </w:tc>
        <w:tc>
          <w:tcPr>
            <w:tcW w:w="1624" w:type="dxa"/>
          </w:tcPr>
          <w:p w14:paraId="580A00C2" w14:textId="77777777" w:rsidR="000F41D8" w:rsidRDefault="00000000">
            <w:r>
              <w:t>Uczeń układa czynności w odpowiedniej kolejności.</w:t>
            </w:r>
          </w:p>
        </w:tc>
        <w:tc>
          <w:tcPr>
            <w:tcW w:w="1624" w:type="dxa"/>
          </w:tcPr>
          <w:p w14:paraId="12CBFC0E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369155F1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009AC284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4C24EBC3" w14:textId="77777777" w:rsidR="000F41D8" w:rsidRDefault="00000000">
            <w:r>
              <w:t>obserwacja / zadanie praktyczne / praca ucznia</w:t>
            </w:r>
          </w:p>
        </w:tc>
      </w:tr>
      <w:tr w:rsidR="000F41D8" w14:paraId="5FC5B468" w14:textId="77777777">
        <w:trPr>
          <w:jc w:val="center"/>
        </w:trPr>
        <w:tc>
          <w:tcPr>
            <w:tcW w:w="1624" w:type="dxa"/>
          </w:tcPr>
          <w:p w14:paraId="19A225D0" w14:textId="77777777" w:rsidR="000F41D8" w:rsidRDefault="00000000">
            <w:r>
              <w:t>Edukacja techniczna i informatyczna/cyfrowa</w:t>
            </w:r>
          </w:p>
        </w:tc>
        <w:tc>
          <w:tcPr>
            <w:tcW w:w="1624" w:type="dxa"/>
          </w:tcPr>
          <w:p w14:paraId="7C9158CD" w14:textId="77777777" w:rsidR="000F41D8" w:rsidRDefault="00000000">
            <w:r>
              <w:t>Uczeń wykonuje prostą instrukcję krok po kroku.</w:t>
            </w:r>
          </w:p>
        </w:tc>
        <w:tc>
          <w:tcPr>
            <w:tcW w:w="1624" w:type="dxa"/>
          </w:tcPr>
          <w:p w14:paraId="6F08B22C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3BA82C02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3DAD2377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363664CC" w14:textId="77777777" w:rsidR="000F41D8" w:rsidRDefault="00000000">
            <w:r>
              <w:t>obserwacja / zadanie praktyczne / praca ucznia</w:t>
            </w:r>
          </w:p>
        </w:tc>
      </w:tr>
      <w:tr w:rsidR="000F41D8" w14:paraId="7876E32E" w14:textId="77777777">
        <w:trPr>
          <w:jc w:val="center"/>
        </w:trPr>
        <w:tc>
          <w:tcPr>
            <w:tcW w:w="1624" w:type="dxa"/>
          </w:tcPr>
          <w:p w14:paraId="3EA6F2DE" w14:textId="77777777" w:rsidR="000F41D8" w:rsidRDefault="00000000">
            <w:r>
              <w:t>Edukacja techniczna i informatyczna/cyfrowa</w:t>
            </w:r>
          </w:p>
        </w:tc>
        <w:tc>
          <w:tcPr>
            <w:tcW w:w="1624" w:type="dxa"/>
          </w:tcPr>
          <w:p w14:paraId="25BFF682" w14:textId="77777777" w:rsidR="000F41D8" w:rsidRDefault="00000000">
            <w:r>
              <w:t>Uczeń znajduje błąd w prostym ciągu czynności i proponuje poprawkę.</w:t>
            </w:r>
          </w:p>
        </w:tc>
        <w:tc>
          <w:tcPr>
            <w:tcW w:w="1624" w:type="dxa"/>
          </w:tcPr>
          <w:p w14:paraId="5060941F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241F3A43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5D0ADD60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04DB9F32" w14:textId="77777777" w:rsidR="000F41D8" w:rsidRDefault="00000000">
            <w:r>
              <w:t>obserwacja / zadanie praktyczne / praca ucznia</w:t>
            </w:r>
          </w:p>
        </w:tc>
      </w:tr>
      <w:tr w:rsidR="000F41D8" w14:paraId="6C993B93" w14:textId="77777777">
        <w:trPr>
          <w:jc w:val="center"/>
        </w:trPr>
        <w:tc>
          <w:tcPr>
            <w:tcW w:w="1624" w:type="dxa"/>
          </w:tcPr>
          <w:p w14:paraId="03F64763" w14:textId="77777777" w:rsidR="000F41D8" w:rsidRDefault="00000000">
            <w:r>
              <w:t>Wychowanie fizyczne</w:t>
            </w:r>
          </w:p>
        </w:tc>
        <w:tc>
          <w:tcPr>
            <w:tcW w:w="1624" w:type="dxa"/>
          </w:tcPr>
          <w:p w14:paraId="1A1D5531" w14:textId="77777777" w:rsidR="000F41D8" w:rsidRDefault="00000000">
            <w:r>
              <w:t xml:space="preserve">Uczeń uczestniczy w codziennych aktywnościach ruchowych i </w:t>
            </w:r>
            <w:r>
              <w:lastRenderedPageBreak/>
              <w:t>wykonuje podstawowe formy ruchu: bieg, skok, rzut, chwyt, czworakowanie, pełzanie, toczenie.</w:t>
            </w:r>
          </w:p>
        </w:tc>
        <w:tc>
          <w:tcPr>
            <w:tcW w:w="1624" w:type="dxa"/>
          </w:tcPr>
          <w:p w14:paraId="725A036D" w14:textId="77777777" w:rsidR="000F41D8" w:rsidRDefault="00000000">
            <w:r>
              <w:lastRenderedPageBreak/>
              <w:t>wykonuje z pomocą lub według wzoru</w:t>
            </w:r>
          </w:p>
        </w:tc>
        <w:tc>
          <w:tcPr>
            <w:tcW w:w="1624" w:type="dxa"/>
          </w:tcPr>
          <w:p w14:paraId="02426982" w14:textId="77777777" w:rsidR="000F41D8" w:rsidRDefault="00000000">
            <w:r>
              <w:t xml:space="preserve">wykonuje w znanej sytuacji z niewielką </w:t>
            </w:r>
            <w:r>
              <w:lastRenderedPageBreak/>
              <w:t>pomocą</w:t>
            </w:r>
          </w:p>
        </w:tc>
        <w:tc>
          <w:tcPr>
            <w:tcW w:w="1624" w:type="dxa"/>
          </w:tcPr>
          <w:p w14:paraId="48D64BE9" w14:textId="77777777" w:rsidR="000F41D8" w:rsidRDefault="00000000">
            <w:r>
              <w:lastRenderedPageBreak/>
              <w:t xml:space="preserve">wykonuje samodzielnie i stosuje w podobnej </w:t>
            </w:r>
            <w:r>
              <w:lastRenderedPageBreak/>
              <w:t>nowej sytuacji</w:t>
            </w:r>
          </w:p>
        </w:tc>
        <w:tc>
          <w:tcPr>
            <w:tcW w:w="1624" w:type="dxa"/>
          </w:tcPr>
          <w:p w14:paraId="602AFF83" w14:textId="77777777" w:rsidR="000F41D8" w:rsidRDefault="00000000">
            <w:r>
              <w:lastRenderedPageBreak/>
              <w:t>obserwacja / zadanie praktyczne / praca ucznia</w:t>
            </w:r>
          </w:p>
        </w:tc>
      </w:tr>
      <w:tr w:rsidR="000F41D8" w14:paraId="2F1BA480" w14:textId="77777777">
        <w:trPr>
          <w:jc w:val="center"/>
        </w:trPr>
        <w:tc>
          <w:tcPr>
            <w:tcW w:w="1624" w:type="dxa"/>
          </w:tcPr>
          <w:p w14:paraId="4D8F6153" w14:textId="77777777" w:rsidR="000F41D8" w:rsidRDefault="00000000">
            <w:r>
              <w:t>Wychowanie fizyczne</w:t>
            </w:r>
          </w:p>
        </w:tc>
        <w:tc>
          <w:tcPr>
            <w:tcW w:w="1624" w:type="dxa"/>
          </w:tcPr>
          <w:p w14:paraId="10958ECA" w14:textId="77777777" w:rsidR="000F41D8" w:rsidRDefault="00000000">
            <w:r>
              <w:t>Uczeń wykonuje proste ćwiczenia ogólnorozwojowe zgodnie z instrukcją.</w:t>
            </w:r>
          </w:p>
        </w:tc>
        <w:tc>
          <w:tcPr>
            <w:tcW w:w="1624" w:type="dxa"/>
          </w:tcPr>
          <w:p w14:paraId="5493827F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3A0214EF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7CE9E3A5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33CF3471" w14:textId="77777777" w:rsidR="000F41D8" w:rsidRDefault="00000000">
            <w:r>
              <w:t>obserwacja / zadanie praktyczne / praca ucznia</w:t>
            </w:r>
          </w:p>
        </w:tc>
      </w:tr>
      <w:tr w:rsidR="000F41D8" w14:paraId="60B410B8" w14:textId="77777777">
        <w:trPr>
          <w:jc w:val="center"/>
        </w:trPr>
        <w:tc>
          <w:tcPr>
            <w:tcW w:w="1624" w:type="dxa"/>
          </w:tcPr>
          <w:p w14:paraId="528286FC" w14:textId="77777777" w:rsidR="000F41D8" w:rsidRDefault="00000000">
            <w:r>
              <w:t>Wychowanie fizyczne</w:t>
            </w:r>
          </w:p>
        </w:tc>
        <w:tc>
          <w:tcPr>
            <w:tcW w:w="1624" w:type="dxa"/>
          </w:tcPr>
          <w:p w14:paraId="74814C22" w14:textId="77777777" w:rsidR="000F41D8" w:rsidRDefault="00000000">
            <w:r>
              <w:t>Uczeń rozwija koordynację wzrokowo-ruchową i orientację w przestrzeni.</w:t>
            </w:r>
          </w:p>
        </w:tc>
        <w:tc>
          <w:tcPr>
            <w:tcW w:w="1624" w:type="dxa"/>
          </w:tcPr>
          <w:p w14:paraId="1F52A559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409DF783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072D2E91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6B601936" w14:textId="77777777" w:rsidR="000F41D8" w:rsidRDefault="00000000">
            <w:r>
              <w:t>obserwacja / zadanie praktyczne / praca ucznia</w:t>
            </w:r>
          </w:p>
        </w:tc>
      </w:tr>
      <w:tr w:rsidR="000F41D8" w14:paraId="6364DCFC" w14:textId="77777777">
        <w:trPr>
          <w:jc w:val="center"/>
        </w:trPr>
        <w:tc>
          <w:tcPr>
            <w:tcW w:w="1624" w:type="dxa"/>
          </w:tcPr>
          <w:p w14:paraId="76F25674" w14:textId="77777777" w:rsidR="000F41D8" w:rsidRDefault="00000000">
            <w:r>
              <w:t>Wychowanie fizyczne</w:t>
            </w:r>
          </w:p>
        </w:tc>
        <w:tc>
          <w:tcPr>
            <w:tcW w:w="1624" w:type="dxa"/>
          </w:tcPr>
          <w:p w14:paraId="49EBAAC2" w14:textId="77777777" w:rsidR="000F41D8" w:rsidRDefault="00000000">
            <w:r>
              <w:t>Uczeń przyjmuje prawidłową postawę w podstawowych pozycjach.</w:t>
            </w:r>
          </w:p>
        </w:tc>
        <w:tc>
          <w:tcPr>
            <w:tcW w:w="1624" w:type="dxa"/>
          </w:tcPr>
          <w:p w14:paraId="7102AFD0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0F1FA884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4C907D6F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5E28EEFA" w14:textId="77777777" w:rsidR="000F41D8" w:rsidRDefault="00000000">
            <w:r>
              <w:t>obserwacja / zadanie praktyczne / praca ucznia</w:t>
            </w:r>
          </w:p>
        </w:tc>
      </w:tr>
      <w:tr w:rsidR="000F41D8" w14:paraId="63B407AD" w14:textId="77777777">
        <w:trPr>
          <w:jc w:val="center"/>
        </w:trPr>
        <w:tc>
          <w:tcPr>
            <w:tcW w:w="1624" w:type="dxa"/>
          </w:tcPr>
          <w:p w14:paraId="2F7EAC87" w14:textId="77777777" w:rsidR="000F41D8" w:rsidRDefault="00000000">
            <w:r>
              <w:t>Wychowanie fizyczne</w:t>
            </w:r>
          </w:p>
        </w:tc>
        <w:tc>
          <w:tcPr>
            <w:tcW w:w="1624" w:type="dxa"/>
          </w:tcPr>
          <w:p w14:paraId="29AD8FFC" w14:textId="77777777" w:rsidR="000F41D8" w:rsidRDefault="00000000">
            <w:r>
              <w:t>Uczeń wykonuje proste ćwiczenia równoważne i koordynacyjne.</w:t>
            </w:r>
          </w:p>
        </w:tc>
        <w:tc>
          <w:tcPr>
            <w:tcW w:w="1624" w:type="dxa"/>
          </w:tcPr>
          <w:p w14:paraId="02798154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0A6331A3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1A73DD96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6A0883C5" w14:textId="77777777" w:rsidR="000F41D8" w:rsidRDefault="00000000">
            <w:r>
              <w:t>obserwacja / zadanie praktyczne / praca ucznia</w:t>
            </w:r>
          </w:p>
        </w:tc>
      </w:tr>
      <w:tr w:rsidR="000F41D8" w14:paraId="04D04EA4" w14:textId="77777777">
        <w:trPr>
          <w:jc w:val="center"/>
        </w:trPr>
        <w:tc>
          <w:tcPr>
            <w:tcW w:w="1624" w:type="dxa"/>
          </w:tcPr>
          <w:p w14:paraId="0C97579C" w14:textId="77777777" w:rsidR="000F41D8" w:rsidRDefault="00000000">
            <w:r>
              <w:t>Wychowanie fizyczne</w:t>
            </w:r>
          </w:p>
        </w:tc>
        <w:tc>
          <w:tcPr>
            <w:tcW w:w="1624" w:type="dxa"/>
          </w:tcPr>
          <w:p w14:paraId="2508B465" w14:textId="77777777" w:rsidR="000F41D8" w:rsidRDefault="00000000">
            <w:r>
              <w:t>Uczeń stosuje zasady bezpieczeństwa podczas zabaw, ćwiczeń i korzystania ze sprzętu.</w:t>
            </w:r>
          </w:p>
        </w:tc>
        <w:tc>
          <w:tcPr>
            <w:tcW w:w="1624" w:type="dxa"/>
          </w:tcPr>
          <w:p w14:paraId="59FD4D6C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6590140E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635E4589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329E7A8D" w14:textId="77777777" w:rsidR="000F41D8" w:rsidRDefault="00000000">
            <w:r>
              <w:t>obserwacja / zadanie praktyczne / praca ucznia</w:t>
            </w:r>
          </w:p>
        </w:tc>
      </w:tr>
      <w:tr w:rsidR="000F41D8" w14:paraId="47179F1A" w14:textId="77777777">
        <w:trPr>
          <w:jc w:val="center"/>
        </w:trPr>
        <w:tc>
          <w:tcPr>
            <w:tcW w:w="1624" w:type="dxa"/>
          </w:tcPr>
          <w:p w14:paraId="46658DC5" w14:textId="77777777" w:rsidR="000F41D8" w:rsidRDefault="00000000">
            <w:r>
              <w:t>Wychowanie fizyczne</w:t>
            </w:r>
          </w:p>
        </w:tc>
        <w:tc>
          <w:tcPr>
            <w:tcW w:w="1624" w:type="dxa"/>
          </w:tcPr>
          <w:p w14:paraId="40FC8E24" w14:textId="77777777" w:rsidR="000F41D8" w:rsidRDefault="00000000">
            <w:r>
              <w:t xml:space="preserve">Uczeń uczestniczy w zabawach i </w:t>
            </w:r>
            <w:r>
              <w:lastRenderedPageBreak/>
              <w:t>prostych grach ruchowych.</w:t>
            </w:r>
          </w:p>
        </w:tc>
        <w:tc>
          <w:tcPr>
            <w:tcW w:w="1624" w:type="dxa"/>
          </w:tcPr>
          <w:p w14:paraId="33E5D12C" w14:textId="77777777" w:rsidR="000F41D8" w:rsidRDefault="00000000">
            <w:r>
              <w:lastRenderedPageBreak/>
              <w:t xml:space="preserve">wykonuje z pomocą </w:t>
            </w:r>
            <w:r>
              <w:lastRenderedPageBreak/>
              <w:t>lub według wzoru</w:t>
            </w:r>
          </w:p>
        </w:tc>
        <w:tc>
          <w:tcPr>
            <w:tcW w:w="1624" w:type="dxa"/>
          </w:tcPr>
          <w:p w14:paraId="12965383" w14:textId="77777777" w:rsidR="000F41D8" w:rsidRDefault="00000000">
            <w:r>
              <w:lastRenderedPageBreak/>
              <w:t xml:space="preserve">wykonuje w znanej </w:t>
            </w:r>
            <w:r>
              <w:lastRenderedPageBreak/>
              <w:t>sytuacji z niewielką pomocą</w:t>
            </w:r>
          </w:p>
        </w:tc>
        <w:tc>
          <w:tcPr>
            <w:tcW w:w="1624" w:type="dxa"/>
          </w:tcPr>
          <w:p w14:paraId="2C0E89DB" w14:textId="77777777" w:rsidR="000F41D8" w:rsidRDefault="00000000">
            <w:r>
              <w:lastRenderedPageBreak/>
              <w:t xml:space="preserve">wykonuje samodzielnie </w:t>
            </w:r>
            <w:r>
              <w:lastRenderedPageBreak/>
              <w:t>i stosuje w podobnej nowej sytuacji</w:t>
            </w:r>
          </w:p>
        </w:tc>
        <w:tc>
          <w:tcPr>
            <w:tcW w:w="1624" w:type="dxa"/>
          </w:tcPr>
          <w:p w14:paraId="44CB520D" w14:textId="77777777" w:rsidR="000F41D8" w:rsidRDefault="00000000">
            <w:r>
              <w:lastRenderedPageBreak/>
              <w:t xml:space="preserve">obserwacja / zadanie </w:t>
            </w:r>
            <w:r>
              <w:lastRenderedPageBreak/>
              <w:t>praktyczne / praca ucznia</w:t>
            </w:r>
          </w:p>
        </w:tc>
      </w:tr>
      <w:tr w:rsidR="000F41D8" w14:paraId="1E7EA39B" w14:textId="77777777">
        <w:trPr>
          <w:jc w:val="center"/>
        </w:trPr>
        <w:tc>
          <w:tcPr>
            <w:tcW w:w="1624" w:type="dxa"/>
          </w:tcPr>
          <w:p w14:paraId="703F953D" w14:textId="77777777" w:rsidR="000F41D8" w:rsidRDefault="00000000">
            <w:r>
              <w:lastRenderedPageBreak/>
              <w:t>Wychowanie fizyczne</w:t>
            </w:r>
          </w:p>
        </w:tc>
        <w:tc>
          <w:tcPr>
            <w:tcW w:w="1624" w:type="dxa"/>
          </w:tcPr>
          <w:p w14:paraId="524D3B79" w14:textId="77777777" w:rsidR="000F41D8" w:rsidRDefault="00000000">
            <w:r>
              <w:t>Uczeń respektuje ustalone zasady i kolejność działań.</w:t>
            </w:r>
          </w:p>
        </w:tc>
        <w:tc>
          <w:tcPr>
            <w:tcW w:w="1624" w:type="dxa"/>
          </w:tcPr>
          <w:p w14:paraId="77EF639A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35CCF233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12744DB2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12D55DDD" w14:textId="77777777" w:rsidR="000F41D8" w:rsidRDefault="00000000">
            <w:r>
              <w:t>obserwacja / zadanie praktyczne / praca ucznia</w:t>
            </w:r>
          </w:p>
        </w:tc>
      </w:tr>
      <w:tr w:rsidR="000F41D8" w14:paraId="286F98B3" w14:textId="77777777">
        <w:trPr>
          <w:jc w:val="center"/>
        </w:trPr>
        <w:tc>
          <w:tcPr>
            <w:tcW w:w="1624" w:type="dxa"/>
          </w:tcPr>
          <w:p w14:paraId="7B572D3F" w14:textId="77777777" w:rsidR="000F41D8" w:rsidRDefault="00000000">
            <w:r>
              <w:t>Wychowanie fizyczne</w:t>
            </w:r>
          </w:p>
        </w:tc>
        <w:tc>
          <w:tcPr>
            <w:tcW w:w="1624" w:type="dxa"/>
          </w:tcPr>
          <w:p w14:paraId="5A6FD614" w14:textId="77777777" w:rsidR="000F41D8" w:rsidRDefault="00000000">
            <w:r>
              <w:t>Uczeń współpracuje z partnerem lub zespołem.</w:t>
            </w:r>
          </w:p>
        </w:tc>
        <w:tc>
          <w:tcPr>
            <w:tcW w:w="1624" w:type="dxa"/>
          </w:tcPr>
          <w:p w14:paraId="0F74916A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05FB4250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132BB063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0E1A77B8" w14:textId="77777777" w:rsidR="000F41D8" w:rsidRDefault="00000000">
            <w:r>
              <w:t>obserwacja / zadanie praktyczne / praca ucznia</w:t>
            </w:r>
          </w:p>
        </w:tc>
      </w:tr>
      <w:tr w:rsidR="000F41D8" w14:paraId="5A18D724" w14:textId="77777777">
        <w:trPr>
          <w:jc w:val="center"/>
        </w:trPr>
        <w:tc>
          <w:tcPr>
            <w:tcW w:w="1624" w:type="dxa"/>
          </w:tcPr>
          <w:p w14:paraId="5C41D01C" w14:textId="77777777" w:rsidR="000F41D8" w:rsidRDefault="00000000">
            <w:r>
              <w:t>Wychowanie fizyczne</w:t>
            </w:r>
          </w:p>
        </w:tc>
        <w:tc>
          <w:tcPr>
            <w:tcW w:w="1624" w:type="dxa"/>
          </w:tcPr>
          <w:p w14:paraId="63D9AE24" w14:textId="77777777" w:rsidR="000F41D8" w:rsidRDefault="00000000">
            <w:r>
              <w:t>Uczeń rozumie, że ruch wpływa na zdrowie i samopoczucie.</w:t>
            </w:r>
          </w:p>
        </w:tc>
        <w:tc>
          <w:tcPr>
            <w:tcW w:w="1624" w:type="dxa"/>
          </w:tcPr>
          <w:p w14:paraId="30FA9177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17AB5BC6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23EC70BB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40AD7972" w14:textId="77777777" w:rsidR="000F41D8" w:rsidRDefault="00000000">
            <w:r>
              <w:t>obserwacja / zadanie praktyczne / praca ucznia</w:t>
            </w:r>
          </w:p>
        </w:tc>
      </w:tr>
      <w:tr w:rsidR="000F41D8" w14:paraId="2636A011" w14:textId="77777777">
        <w:trPr>
          <w:jc w:val="center"/>
        </w:trPr>
        <w:tc>
          <w:tcPr>
            <w:tcW w:w="1624" w:type="dxa"/>
          </w:tcPr>
          <w:p w14:paraId="060259EC" w14:textId="77777777" w:rsidR="000F41D8" w:rsidRDefault="00000000">
            <w:r>
              <w:t>Wychowanie fizyczne</w:t>
            </w:r>
          </w:p>
        </w:tc>
        <w:tc>
          <w:tcPr>
            <w:tcW w:w="1624" w:type="dxa"/>
          </w:tcPr>
          <w:p w14:paraId="23405E0C" w14:textId="77777777" w:rsidR="000F41D8" w:rsidRDefault="00000000">
            <w:r>
              <w:t>Uczeń podejmuje aktywność ruchową także na świeżym powietrzu.</w:t>
            </w:r>
          </w:p>
        </w:tc>
        <w:tc>
          <w:tcPr>
            <w:tcW w:w="1624" w:type="dxa"/>
          </w:tcPr>
          <w:p w14:paraId="7764A562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6B299530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354D448E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704BC7A3" w14:textId="77777777" w:rsidR="000F41D8" w:rsidRDefault="00000000">
            <w:r>
              <w:t>obserwacja / zadanie praktyczne / praca ucznia</w:t>
            </w:r>
          </w:p>
        </w:tc>
      </w:tr>
      <w:tr w:rsidR="000F41D8" w14:paraId="66659BAF" w14:textId="77777777">
        <w:trPr>
          <w:jc w:val="center"/>
        </w:trPr>
        <w:tc>
          <w:tcPr>
            <w:tcW w:w="1624" w:type="dxa"/>
          </w:tcPr>
          <w:p w14:paraId="18A77CBA" w14:textId="77777777" w:rsidR="000F41D8" w:rsidRDefault="00000000">
            <w:r>
              <w:t>Wychowanie fizyczne</w:t>
            </w:r>
          </w:p>
        </w:tc>
        <w:tc>
          <w:tcPr>
            <w:tcW w:w="1624" w:type="dxa"/>
          </w:tcPr>
          <w:p w14:paraId="6C68A929" w14:textId="77777777" w:rsidR="000F41D8" w:rsidRDefault="00000000">
            <w:r>
              <w:t>Uczeń stosuje podstawowe zasady higieny po wysiłku.</w:t>
            </w:r>
          </w:p>
        </w:tc>
        <w:tc>
          <w:tcPr>
            <w:tcW w:w="1624" w:type="dxa"/>
          </w:tcPr>
          <w:p w14:paraId="062E6F93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3E7B209C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149EE215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2E53F834" w14:textId="77777777" w:rsidR="000F41D8" w:rsidRDefault="00000000">
            <w:r>
              <w:t>obserwacja / zadanie praktyczne / praca ucznia</w:t>
            </w:r>
          </w:p>
        </w:tc>
      </w:tr>
      <w:tr w:rsidR="000F41D8" w14:paraId="04924E71" w14:textId="77777777">
        <w:trPr>
          <w:jc w:val="center"/>
        </w:trPr>
        <w:tc>
          <w:tcPr>
            <w:tcW w:w="1624" w:type="dxa"/>
          </w:tcPr>
          <w:p w14:paraId="63127CA3" w14:textId="77777777" w:rsidR="000F41D8" w:rsidRDefault="00000000">
            <w:r>
              <w:t>Elementy edukacji zdrowotnej w edukacji zintegrowanej</w:t>
            </w:r>
          </w:p>
        </w:tc>
        <w:tc>
          <w:tcPr>
            <w:tcW w:w="1624" w:type="dxa"/>
          </w:tcPr>
          <w:p w14:paraId="574460EA" w14:textId="77777777" w:rsidR="000F41D8" w:rsidRDefault="00000000">
            <w:r>
              <w:t>Uczeń stosuje podstawowe zasady higieny osobistej i jamy ustnej.</w:t>
            </w:r>
          </w:p>
        </w:tc>
        <w:tc>
          <w:tcPr>
            <w:tcW w:w="1624" w:type="dxa"/>
          </w:tcPr>
          <w:p w14:paraId="7546D9D4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3A1F9EA4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6A15C088" w14:textId="77777777" w:rsidR="000F41D8" w:rsidRDefault="00000000">
            <w:r>
              <w:t xml:space="preserve">wykonuje samodzielnie i stosuje w podobnej nowej </w:t>
            </w:r>
            <w:r>
              <w:lastRenderedPageBreak/>
              <w:t>sytuacji</w:t>
            </w:r>
          </w:p>
        </w:tc>
        <w:tc>
          <w:tcPr>
            <w:tcW w:w="1624" w:type="dxa"/>
          </w:tcPr>
          <w:p w14:paraId="5F882222" w14:textId="77777777" w:rsidR="000F41D8" w:rsidRDefault="00000000">
            <w:r>
              <w:lastRenderedPageBreak/>
              <w:t>obserwacja / zadanie praktyczne / praca ucznia</w:t>
            </w:r>
          </w:p>
        </w:tc>
      </w:tr>
      <w:tr w:rsidR="000F41D8" w14:paraId="236AA77D" w14:textId="77777777">
        <w:trPr>
          <w:jc w:val="center"/>
        </w:trPr>
        <w:tc>
          <w:tcPr>
            <w:tcW w:w="1624" w:type="dxa"/>
          </w:tcPr>
          <w:p w14:paraId="7BD80197" w14:textId="77777777" w:rsidR="000F41D8" w:rsidRDefault="00000000">
            <w:r>
              <w:t>Elementy edukacji zdrowotnej w edukacji zintegrowanej</w:t>
            </w:r>
          </w:p>
        </w:tc>
        <w:tc>
          <w:tcPr>
            <w:tcW w:w="1624" w:type="dxa"/>
          </w:tcPr>
          <w:p w14:paraId="28C1F511" w14:textId="77777777" w:rsidR="000F41D8" w:rsidRDefault="00000000">
            <w:r>
              <w:t>Uczeń wskazuje produkty i zachowania sprzyjające zdrowiu oraz znaczenie regularnych posiłków i nawodnienia.</w:t>
            </w:r>
          </w:p>
        </w:tc>
        <w:tc>
          <w:tcPr>
            <w:tcW w:w="1624" w:type="dxa"/>
          </w:tcPr>
          <w:p w14:paraId="33E366B7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35E856A5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2D50BB74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0D341DDF" w14:textId="77777777" w:rsidR="000F41D8" w:rsidRDefault="00000000">
            <w:r>
              <w:t>obserwacja / zadanie praktyczne / praca ucznia</w:t>
            </w:r>
          </w:p>
        </w:tc>
      </w:tr>
      <w:tr w:rsidR="000F41D8" w14:paraId="6EDF7DA8" w14:textId="77777777">
        <w:trPr>
          <w:jc w:val="center"/>
        </w:trPr>
        <w:tc>
          <w:tcPr>
            <w:tcW w:w="1624" w:type="dxa"/>
          </w:tcPr>
          <w:p w14:paraId="4DA83815" w14:textId="77777777" w:rsidR="000F41D8" w:rsidRDefault="00000000">
            <w:r>
              <w:t>Elementy edukacji zdrowotnej w edukacji zintegrowanej</w:t>
            </w:r>
          </w:p>
        </w:tc>
        <w:tc>
          <w:tcPr>
            <w:tcW w:w="1624" w:type="dxa"/>
          </w:tcPr>
          <w:p w14:paraId="497C5705" w14:textId="77777777" w:rsidR="000F41D8" w:rsidRDefault="00000000">
            <w:r>
              <w:t>Uczeń rozumie znaczenie codziennego ruchu, odpoczynku i snu.</w:t>
            </w:r>
          </w:p>
        </w:tc>
        <w:tc>
          <w:tcPr>
            <w:tcW w:w="1624" w:type="dxa"/>
          </w:tcPr>
          <w:p w14:paraId="4223290B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59EA56BF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0E0ECFBB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6943F373" w14:textId="77777777" w:rsidR="000F41D8" w:rsidRDefault="00000000">
            <w:r>
              <w:t>obserwacja / zadanie praktyczne / praca ucznia</w:t>
            </w:r>
          </w:p>
        </w:tc>
      </w:tr>
      <w:tr w:rsidR="000F41D8" w14:paraId="081DB8A9" w14:textId="77777777">
        <w:trPr>
          <w:jc w:val="center"/>
        </w:trPr>
        <w:tc>
          <w:tcPr>
            <w:tcW w:w="1624" w:type="dxa"/>
          </w:tcPr>
          <w:p w14:paraId="0EE4920A" w14:textId="77777777" w:rsidR="000F41D8" w:rsidRDefault="00000000">
            <w:r>
              <w:t>Elementy edukacji zdrowotnej w edukacji zintegrowanej</w:t>
            </w:r>
          </w:p>
        </w:tc>
        <w:tc>
          <w:tcPr>
            <w:tcW w:w="1624" w:type="dxa"/>
          </w:tcPr>
          <w:p w14:paraId="71C354C8" w14:textId="77777777" w:rsidR="000F41D8" w:rsidRDefault="00000000">
            <w:r>
              <w:t>Uczeń rozpoznaje i nazywa podstawowe emocje własne i innych osób.</w:t>
            </w:r>
          </w:p>
        </w:tc>
        <w:tc>
          <w:tcPr>
            <w:tcW w:w="1624" w:type="dxa"/>
          </w:tcPr>
          <w:p w14:paraId="6D9883F9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0F0BE976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57080D09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6AE902CF" w14:textId="77777777" w:rsidR="000F41D8" w:rsidRDefault="00000000">
            <w:r>
              <w:t>obserwacja / zadanie praktyczne / praca ucznia</w:t>
            </w:r>
          </w:p>
        </w:tc>
      </w:tr>
      <w:tr w:rsidR="000F41D8" w14:paraId="7C839EED" w14:textId="77777777">
        <w:trPr>
          <w:jc w:val="center"/>
        </w:trPr>
        <w:tc>
          <w:tcPr>
            <w:tcW w:w="1624" w:type="dxa"/>
          </w:tcPr>
          <w:p w14:paraId="7741EFCD" w14:textId="77777777" w:rsidR="000F41D8" w:rsidRDefault="00000000">
            <w:r>
              <w:t>Elementy edukacji zdrowotnej w edukacji zintegrowanej</w:t>
            </w:r>
          </w:p>
        </w:tc>
        <w:tc>
          <w:tcPr>
            <w:tcW w:w="1624" w:type="dxa"/>
          </w:tcPr>
          <w:p w14:paraId="37998575" w14:textId="77777777" w:rsidR="000F41D8" w:rsidRDefault="00000000">
            <w:r>
              <w:t>Uczeń komunikuje, że potrzebuje przerwy, pomocy lub rozmowy.</w:t>
            </w:r>
          </w:p>
        </w:tc>
        <w:tc>
          <w:tcPr>
            <w:tcW w:w="1624" w:type="dxa"/>
          </w:tcPr>
          <w:p w14:paraId="17A1A842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2FC09BC8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0B251D27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29DC1E50" w14:textId="77777777" w:rsidR="000F41D8" w:rsidRDefault="00000000">
            <w:r>
              <w:t>obserwacja / zadanie praktyczne / praca ucznia</w:t>
            </w:r>
          </w:p>
        </w:tc>
      </w:tr>
      <w:tr w:rsidR="000F41D8" w14:paraId="1210DF1D" w14:textId="77777777">
        <w:trPr>
          <w:jc w:val="center"/>
        </w:trPr>
        <w:tc>
          <w:tcPr>
            <w:tcW w:w="1624" w:type="dxa"/>
          </w:tcPr>
          <w:p w14:paraId="6074EF52" w14:textId="77777777" w:rsidR="000F41D8" w:rsidRDefault="00000000">
            <w:r>
              <w:t>Elementy edukacji zdrowotnej w edukacji zintegrowanej</w:t>
            </w:r>
          </w:p>
        </w:tc>
        <w:tc>
          <w:tcPr>
            <w:tcW w:w="1624" w:type="dxa"/>
          </w:tcPr>
          <w:p w14:paraId="010DF522" w14:textId="77777777" w:rsidR="000F41D8" w:rsidRDefault="00000000">
            <w:r>
              <w:t>Uczeń korzysta z poznanych sposobów uspokojenia się i powrotu do zadania.</w:t>
            </w:r>
          </w:p>
        </w:tc>
        <w:tc>
          <w:tcPr>
            <w:tcW w:w="1624" w:type="dxa"/>
          </w:tcPr>
          <w:p w14:paraId="0F81D2C0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027EC87A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54DD9C31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54BDD7E9" w14:textId="77777777" w:rsidR="000F41D8" w:rsidRDefault="00000000">
            <w:r>
              <w:t>obserwacja / zadanie praktyczne / praca ucznia</w:t>
            </w:r>
          </w:p>
        </w:tc>
      </w:tr>
      <w:tr w:rsidR="000F41D8" w14:paraId="3047B63E" w14:textId="77777777">
        <w:trPr>
          <w:jc w:val="center"/>
        </w:trPr>
        <w:tc>
          <w:tcPr>
            <w:tcW w:w="1624" w:type="dxa"/>
          </w:tcPr>
          <w:p w14:paraId="2C4C0A5E" w14:textId="77777777" w:rsidR="000F41D8" w:rsidRDefault="00000000">
            <w:r>
              <w:t>Elementy edukacji zdrowotnej w edukacji zintegrowanej</w:t>
            </w:r>
          </w:p>
        </w:tc>
        <w:tc>
          <w:tcPr>
            <w:tcW w:w="1624" w:type="dxa"/>
          </w:tcPr>
          <w:p w14:paraId="7C367FC7" w14:textId="77777777" w:rsidR="000F41D8" w:rsidRDefault="00000000">
            <w:r>
              <w:t>Uczeń stosuje zasady szacunku i poszanowania granic innych osób.</w:t>
            </w:r>
          </w:p>
        </w:tc>
        <w:tc>
          <w:tcPr>
            <w:tcW w:w="1624" w:type="dxa"/>
          </w:tcPr>
          <w:p w14:paraId="51D0E802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56617229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73657C23" w14:textId="77777777" w:rsidR="000F41D8" w:rsidRDefault="00000000">
            <w:r>
              <w:t xml:space="preserve">wykonuje samodzielnie i stosuje w podobnej nowej </w:t>
            </w:r>
            <w:r>
              <w:lastRenderedPageBreak/>
              <w:t>sytuacji</w:t>
            </w:r>
          </w:p>
        </w:tc>
        <w:tc>
          <w:tcPr>
            <w:tcW w:w="1624" w:type="dxa"/>
          </w:tcPr>
          <w:p w14:paraId="1758447A" w14:textId="77777777" w:rsidR="000F41D8" w:rsidRDefault="00000000">
            <w:r>
              <w:lastRenderedPageBreak/>
              <w:t>obserwacja / zadanie praktyczne / praca ucznia</w:t>
            </w:r>
          </w:p>
        </w:tc>
      </w:tr>
      <w:tr w:rsidR="000F41D8" w14:paraId="3855A487" w14:textId="77777777">
        <w:trPr>
          <w:jc w:val="center"/>
        </w:trPr>
        <w:tc>
          <w:tcPr>
            <w:tcW w:w="1624" w:type="dxa"/>
          </w:tcPr>
          <w:p w14:paraId="4A272BA9" w14:textId="77777777" w:rsidR="000F41D8" w:rsidRDefault="00000000">
            <w:r>
              <w:t>Elementy edukacji zdrowotnej w edukacji zintegrowanej</w:t>
            </w:r>
          </w:p>
        </w:tc>
        <w:tc>
          <w:tcPr>
            <w:tcW w:w="1624" w:type="dxa"/>
          </w:tcPr>
          <w:p w14:paraId="5BC2C2A4" w14:textId="77777777" w:rsidR="000F41D8" w:rsidRDefault="00000000">
            <w:r>
              <w:t>Uczeń wie, że w sytuacji zagrożenia powinien zwrócić się do zaufanej osoby dorosłej.</w:t>
            </w:r>
          </w:p>
        </w:tc>
        <w:tc>
          <w:tcPr>
            <w:tcW w:w="1624" w:type="dxa"/>
          </w:tcPr>
          <w:p w14:paraId="59B1FC05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1C1E41FB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4FD5FED1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5F9D8073" w14:textId="77777777" w:rsidR="000F41D8" w:rsidRDefault="00000000">
            <w:r>
              <w:t>obserwacja / zadanie praktyczne / praca ucznia</w:t>
            </w:r>
          </w:p>
        </w:tc>
      </w:tr>
      <w:tr w:rsidR="000F41D8" w14:paraId="5850A110" w14:textId="77777777">
        <w:trPr>
          <w:jc w:val="center"/>
        </w:trPr>
        <w:tc>
          <w:tcPr>
            <w:tcW w:w="1624" w:type="dxa"/>
          </w:tcPr>
          <w:p w14:paraId="4895A656" w14:textId="77777777" w:rsidR="000F41D8" w:rsidRDefault="00000000">
            <w:r>
              <w:t>Elementy edukacji zdrowotnej w edukacji zintegrowanej</w:t>
            </w:r>
          </w:p>
        </w:tc>
        <w:tc>
          <w:tcPr>
            <w:tcW w:w="1624" w:type="dxa"/>
          </w:tcPr>
          <w:p w14:paraId="301AFC2C" w14:textId="77777777" w:rsidR="000F41D8" w:rsidRDefault="00000000">
            <w:r>
              <w:t>Uczeń rozpoznaje zachowania niebezpieczne, presję rówieśniczą lub namawianie do łamania zasad i wie, jak zareagować.</w:t>
            </w:r>
          </w:p>
        </w:tc>
        <w:tc>
          <w:tcPr>
            <w:tcW w:w="1624" w:type="dxa"/>
          </w:tcPr>
          <w:p w14:paraId="1648F00A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072D7120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755982A8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05F6636B" w14:textId="77777777" w:rsidR="000F41D8" w:rsidRDefault="00000000">
            <w:r>
              <w:t>obserwacja / zadanie praktyczne / praca ucznia</w:t>
            </w:r>
          </w:p>
        </w:tc>
      </w:tr>
      <w:tr w:rsidR="000F41D8" w14:paraId="50BCF35C" w14:textId="77777777">
        <w:trPr>
          <w:jc w:val="center"/>
        </w:trPr>
        <w:tc>
          <w:tcPr>
            <w:tcW w:w="1624" w:type="dxa"/>
          </w:tcPr>
          <w:p w14:paraId="283FCE90" w14:textId="77777777" w:rsidR="000F41D8" w:rsidRDefault="00000000">
            <w:r>
              <w:t>Język obcy nowożytny – w zakresie przewidzianym dla klasy I</w:t>
            </w:r>
          </w:p>
        </w:tc>
        <w:tc>
          <w:tcPr>
            <w:tcW w:w="1624" w:type="dxa"/>
          </w:tcPr>
          <w:p w14:paraId="32E4256F" w14:textId="77777777" w:rsidR="000F41D8" w:rsidRDefault="00000000">
            <w:r>
              <w:t>Uczeń rozumie podstawowe polecenia nauczyciela wspierane gestem, obrazem lub kontekstem.</w:t>
            </w:r>
          </w:p>
        </w:tc>
        <w:tc>
          <w:tcPr>
            <w:tcW w:w="1624" w:type="dxa"/>
          </w:tcPr>
          <w:p w14:paraId="757CD2DC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50B24353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61CD954D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26E5961F" w14:textId="77777777" w:rsidR="000F41D8" w:rsidRDefault="00000000">
            <w:r>
              <w:t>obserwacja / zadanie praktyczne / praca ucznia</w:t>
            </w:r>
          </w:p>
        </w:tc>
      </w:tr>
      <w:tr w:rsidR="000F41D8" w14:paraId="6B36FDE7" w14:textId="77777777">
        <w:trPr>
          <w:jc w:val="center"/>
        </w:trPr>
        <w:tc>
          <w:tcPr>
            <w:tcW w:w="1624" w:type="dxa"/>
          </w:tcPr>
          <w:p w14:paraId="7BD0F0ED" w14:textId="77777777" w:rsidR="000F41D8" w:rsidRDefault="00000000">
            <w:r>
              <w:t>Język obcy nowożytny – w zakresie przewidzianym dla klasy I</w:t>
            </w:r>
          </w:p>
        </w:tc>
        <w:tc>
          <w:tcPr>
            <w:tcW w:w="1624" w:type="dxa"/>
          </w:tcPr>
          <w:p w14:paraId="19B7B281" w14:textId="77777777" w:rsidR="000F41D8" w:rsidRDefault="00000000">
            <w:r>
              <w:t>Uczeń reaguje na poznane zwroty i pytania.</w:t>
            </w:r>
          </w:p>
        </w:tc>
        <w:tc>
          <w:tcPr>
            <w:tcW w:w="1624" w:type="dxa"/>
          </w:tcPr>
          <w:p w14:paraId="3747C2D3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5709E8D3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3235CE21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55319BE8" w14:textId="77777777" w:rsidR="000F41D8" w:rsidRDefault="00000000">
            <w:r>
              <w:t>obserwacja / zadanie praktyczne / praca ucznia</w:t>
            </w:r>
          </w:p>
        </w:tc>
      </w:tr>
      <w:tr w:rsidR="000F41D8" w14:paraId="5DA20689" w14:textId="77777777">
        <w:trPr>
          <w:jc w:val="center"/>
        </w:trPr>
        <w:tc>
          <w:tcPr>
            <w:tcW w:w="1624" w:type="dxa"/>
          </w:tcPr>
          <w:p w14:paraId="37B772F7" w14:textId="77777777" w:rsidR="000F41D8" w:rsidRDefault="00000000">
            <w:r>
              <w:t>Język obcy nowożytny – w zakresie przewidzianym dla klasy I</w:t>
            </w:r>
          </w:p>
        </w:tc>
        <w:tc>
          <w:tcPr>
            <w:tcW w:w="1624" w:type="dxa"/>
          </w:tcPr>
          <w:p w14:paraId="13C244E0" w14:textId="77777777" w:rsidR="000F41D8" w:rsidRDefault="00000000">
            <w:r>
              <w:t>Uczeń rozpoznaje podstawowe słowa i wyrażenia związane z codziennym życiem dziecka.</w:t>
            </w:r>
          </w:p>
        </w:tc>
        <w:tc>
          <w:tcPr>
            <w:tcW w:w="1624" w:type="dxa"/>
          </w:tcPr>
          <w:p w14:paraId="1ED9025E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063CA472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5F7D6A27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695E319B" w14:textId="77777777" w:rsidR="000F41D8" w:rsidRDefault="00000000">
            <w:r>
              <w:t>obserwacja / zadanie praktyczne / praca ucznia</w:t>
            </w:r>
          </w:p>
        </w:tc>
      </w:tr>
      <w:tr w:rsidR="000F41D8" w14:paraId="75407026" w14:textId="77777777">
        <w:trPr>
          <w:jc w:val="center"/>
        </w:trPr>
        <w:tc>
          <w:tcPr>
            <w:tcW w:w="1624" w:type="dxa"/>
          </w:tcPr>
          <w:p w14:paraId="2BE19FF2" w14:textId="77777777" w:rsidR="000F41D8" w:rsidRDefault="00000000">
            <w:r>
              <w:t>Język obcy nowożytny – w zakresie przewidzianym dla klasy I</w:t>
            </w:r>
          </w:p>
        </w:tc>
        <w:tc>
          <w:tcPr>
            <w:tcW w:w="1624" w:type="dxa"/>
          </w:tcPr>
          <w:p w14:paraId="09C1C928" w14:textId="77777777" w:rsidR="000F41D8" w:rsidRDefault="00000000">
            <w:r>
              <w:t xml:space="preserve">Uczeń przedstawia się i podaje podstawowe informacje o sobie </w:t>
            </w:r>
            <w:r>
              <w:lastRenderedPageBreak/>
              <w:t>w zakresie ćwiczonym na zajęciach.</w:t>
            </w:r>
          </w:p>
        </w:tc>
        <w:tc>
          <w:tcPr>
            <w:tcW w:w="1624" w:type="dxa"/>
          </w:tcPr>
          <w:p w14:paraId="6A4EA685" w14:textId="77777777" w:rsidR="000F41D8" w:rsidRDefault="00000000">
            <w:r>
              <w:lastRenderedPageBreak/>
              <w:t>wykonuje z pomocą lub według wzoru</w:t>
            </w:r>
          </w:p>
        </w:tc>
        <w:tc>
          <w:tcPr>
            <w:tcW w:w="1624" w:type="dxa"/>
          </w:tcPr>
          <w:p w14:paraId="665735D9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3AB9B780" w14:textId="77777777" w:rsidR="000F41D8" w:rsidRDefault="00000000">
            <w:r>
              <w:t xml:space="preserve">wykonuje samodzielnie i stosuje w podobnej nowej </w:t>
            </w:r>
            <w:r>
              <w:lastRenderedPageBreak/>
              <w:t>sytuacji</w:t>
            </w:r>
          </w:p>
        </w:tc>
        <w:tc>
          <w:tcPr>
            <w:tcW w:w="1624" w:type="dxa"/>
          </w:tcPr>
          <w:p w14:paraId="01C17209" w14:textId="77777777" w:rsidR="000F41D8" w:rsidRDefault="00000000">
            <w:r>
              <w:lastRenderedPageBreak/>
              <w:t>obserwacja / zadanie praktyczne / praca ucznia</w:t>
            </w:r>
          </w:p>
        </w:tc>
      </w:tr>
      <w:tr w:rsidR="000F41D8" w14:paraId="2103EA07" w14:textId="77777777">
        <w:trPr>
          <w:jc w:val="center"/>
        </w:trPr>
        <w:tc>
          <w:tcPr>
            <w:tcW w:w="1624" w:type="dxa"/>
          </w:tcPr>
          <w:p w14:paraId="441B5A71" w14:textId="77777777" w:rsidR="000F41D8" w:rsidRDefault="00000000">
            <w:r>
              <w:t>Język obcy nowożytny – w zakresie przewidzianym dla klasy I</w:t>
            </w:r>
          </w:p>
        </w:tc>
        <w:tc>
          <w:tcPr>
            <w:tcW w:w="1624" w:type="dxa"/>
          </w:tcPr>
          <w:p w14:paraId="68697C89" w14:textId="77777777" w:rsidR="000F41D8" w:rsidRDefault="00000000">
            <w:r>
              <w:t>Uczeń nazywa osoby, przedmioty, kolory, liczby, zwierzęta lub inne treści zgodne z programem klasy I.</w:t>
            </w:r>
          </w:p>
        </w:tc>
        <w:tc>
          <w:tcPr>
            <w:tcW w:w="1624" w:type="dxa"/>
          </w:tcPr>
          <w:p w14:paraId="31DB8BA8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4E89777C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0AB9A685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0F35E0F6" w14:textId="77777777" w:rsidR="000F41D8" w:rsidRDefault="00000000">
            <w:r>
              <w:t>obserwacja / zadanie praktyczne / praca ucznia</w:t>
            </w:r>
          </w:p>
        </w:tc>
      </w:tr>
      <w:tr w:rsidR="000F41D8" w14:paraId="1C031F20" w14:textId="77777777">
        <w:trPr>
          <w:jc w:val="center"/>
        </w:trPr>
        <w:tc>
          <w:tcPr>
            <w:tcW w:w="1624" w:type="dxa"/>
          </w:tcPr>
          <w:p w14:paraId="2E35CBE9" w14:textId="77777777" w:rsidR="000F41D8" w:rsidRDefault="00000000">
            <w:r>
              <w:t>Język obcy nowożytny – w zakresie przewidzianym dla klasy I</w:t>
            </w:r>
          </w:p>
        </w:tc>
        <w:tc>
          <w:tcPr>
            <w:tcW w:w="1624" w:type="dxa"/>
          </w:tcPr>
          <w:p w14:paraId="60DC7A6A" w14:textId="77777777" w:rsidR="000F41D8" w:rsidRDefault="00000000">
            <w:r>
              <w:t>Uczeń uczestniczy w krótkich dialogach, piosenkach, rymowankach i zabawach językowych.</w:t>
            </w:r>
          </w:p>
        </w:tc>
        <w:tc>
          <w:tcPr>
            <w:tcW w:w="1624" w:type="dxa"/>
          </w:tcPr>
          <w:p w14:paraId="05512D5F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16464877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2156C47D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18BCBF49" w14:textId="77777777" w:rsidR="000F41D8" w:rsidRDefault="00000000">
            <w:r>
              <w:t>obserwacja / zadanie praktyczne / praca ucznia</w:t>
            </w:r>
          </w:p>
        </w:tc>
      </w:tr>
      <w:tr w:rsidR="000F41D8" w14:paraId="5C2892F8" w14:textId="77777777">
        <w:trPr>
          <w:jc w:val="center"/>
        </w:trPr>
        <w:tc>
          <w:tcPr>
            <w:tcW w:w="1624" w:type="dxa"/>
          </w:tcPr>
          <w:p w14:paraId="3ECDCCAB" w14:textId="77777777" w:rsidR="000F41D8" w:rsidRDefault="00000000">
            <w:r>
              <w:t>Język obcy nowożytny – w zakresie przewidzianym dla klasy I</w:t>
            </w:r>
          </w:p>
        </w:tc>
        <w:tc>
          <w:tcPr>
            <w:tcW w:w="1624" w:type="dxa"/>
          </w:tcPr>
          <w:p w14:paraId="78317EE1" w14:textId="77777777" w:rsidR="000F41D8" w:rsidRDefault="00000000">
            <w:r>
              <w:t>Uczeń powtarza i wykorzystuje poznane zwroty w nowej, ale podobnej sytuacji.</w:t>
            </w:r>
          </w:p>
        </w:tc>
        <w:tc>
          <w:tcPr>
            <w:tcW w:w="1624" w:type="dxa"/>
          </w:tcPr>
          <w:p w14:paraId="1DDD77E0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544C82D9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16449AB2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60EF6CAA" w14:textId="77777777" w:rsidR="000F41D8" w:rsidRDefault="00000000">
            <w:r>
              <w:t>obserwacja / zadanie praktyczne / praca ucznia</w:t>
            </w:r>
          </w:p>
        </w:tc>
      </w:tr>
      <w:tr w:rsidR="000F41D8" w14:paraId="6CD8715D" w14:textId="77777777">
        <w:trPr>
          <w:jc w:val="center"/>
        </w:trPr>
        <w:tc>
          <w:tcPr>
            <w:tcW w:w="1624" w:type="dxa"/>
          </w:tcPr>
          <w:p w14:paraId="1B9B0C70" w14:textId="77777777" w:rsidR="000F41D8" w:rsidRDefault="00000000">
            <w:r>
              <w:t>Język obcy nowożytny – w zakresie przewidzianym dla klasy I</w:t>
            </w:r>
          </w:p>
        </w:tc>
        <w:tc>
          <w:tcPr>
            <w:tcW w:w="1624" w:type="dxa"/>
          </w:tcPr>
          <w:p w14:paraId="2638DE16" w14:textId="77777777" w:rsidR="000F41D8" w:rsidRDefault="00000000">
            <w:r>
              <w:t>Uczeń korzysta z obrazków, gestów, nagrań i innych podpowiedzi jako wsparcia komunikacji.</w:t>
            </w:r>
          </w:p>
        </w:tc>
        <w:tc>
          <w:tcPr>
            <w:tcW w:w="1624" w:type="dxa"/>
          </w:tcPr>
          <w:p w14:paraId="6EACAAB6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711DF536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25550471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49982536" w14:textId="77777777" w:rsidR="000F41D8" w:rsidRDefault="00000000">
            <w:r>
              <w:t>obserwacja / zadanie praktyczne / praca ucznia</w:t>
            </w:r>
          </w:p>
        </w:tc>
      </w:tr>
      <w:tr w:rsidR="000F41D8" w14:paraId="27280AAF" w14:textId="77777777">
        <w:trPr>
          <w:jc w:val="center"/>
        </w:trPr>
        <w:tc>
          <w:tcPr>
            <w:tcW w:w="1624" w:type="dxa"/>
          </w:tcPr>
          <w:p w14:paraId="4681FA71" w14:textId="77777777" w:rsidR="000F41D8" w:rsidRDefault="00000000">
            <w:r>
              <w:t>Język obcy nowożytny – w zakresie przewidzianym dla klasy I</w:t>
            </w:r>
          </w:p>
        </w:tc>
        <w:tc>
          <w:tcPr>
            <w:tcW w:w="1624" w:type="dxa"/>
          </w:tcPr>
          <w:p w14:paraId="03718C0F" w14:textId="77777777" w:rsidR="000F41D8" w:rsidRDefault="00000000">
            <w:r>
              <w:t>Uczeń podejmuje próbę samodzielnego wykorzystania poznanego słownictwa.</w:t>
            </w:r>
          </w:p>
        </w:tc>
        <w:tc>
          <w:tcPr>
            <w:tcW w:w="1624" w:type="dxa"/>
          </w:tcPr>
          <w:p w14:paraId="3616C81B" w14:textId="77777777" w:rsidR="000F41D8" w:rsidRDefault="00000000">
            <w:r>
              <w:t>wykonuje z pomocą lub według wzoru</w:t>
            </w:r>
          </w:p>
        </w:tc>
        <w:tc>
          <w:tcPr>
            <w:tcW w:w="1624" w:type="dxa"/>
          </w:tcPr>
          <w:p w14:paraId="2307978A" w14:textId="77777777" w:rsidR="000F41D8" w:rsidRDefault="00000000">
            <w:r>
              <w:t>wykonuje w znanej sytuacji z niewielką pomocą</w:t>
            </w:r>
          </w:p>
        </w:tc>
        <w:tc>
          <w:tcPr>
            <w:tcW w:w="1624" w:type="dxa"/>
          </w:tcPr>
          <w:p w14:paraId="754D59E7" w14:textId="77777777" w:rsidR="000F41D8" w:rsidRDefault="00000000">
            <w:r>
              <w:t>wykonuje samodzielnie i stosuje w podobnej nowej sytuacji</w:t>
            </w:r>
          </w:p>
        </w:tc>
        <w:tc>
          <w:tcPr>
            <w:tcW w:w="1624" w:type="dxa"/>
          </w:tcPr>
          <w:p w14:paraId="337EEBC7" w14:textId="77777777" w:rsidR="000F41D8" w:rsidRDefault="00000000">
            <w:r>
              <w:t>obserwacja / zadanie praktyczne / praca ucznia</w:t>
            </w:r>
          </w:p>
        </w:tc>
      </w:tr>
    </w:tbl>
    <w:p w14:paraId="462EA9CD" w14:textId="77777777" w:rsidR="000F41D8" w:rsidRDefault="00000000">
      <w:pPr>
        <w:pStyle w:val="Nagwek1"/>
      </w:pPr>
      <w:r>
        <w:lastRenderedPageBreak/>
        <w:t>11. Charakterystyka dla nauczyciela – lista kontrolna „Uczeń potrafi”</w:t>
      </w:r>
    </w:p>
    <w:p w14:paraId="0734E93B" w14:textId="77777777" w:rsidR="000F41D8" w:rsidRDefault="00000000">
      <w:pPr>
        <w:pStyle w:val="Nagwek2"/>
      </w:pPr>
      <w:r>
        <w:t>Edukacja polonistyczna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436"/>
        <w:gridCol w:w="2436"/>
        <w:gridCol w:w="2436"/>
        <w:gridCol w:w="2436"/>
      </w:tblGrid>
      <w:tr w:rsidR="000F41D8" w14:paraId="2C4A87A8" w14:textId="77777777">
        <w:tc>
          <w:tcPr>
            <w:tcW w:w="2436" w:type="dxa"/>
            <w:shd w:val="clear" w:color="auto" w:fill="D9EAF7"/>
          </w:tcPr>
          <w:p w14:paraId="13E4220D" w14:textId="77777777" w:rsidR="000F41D8" w:rsidRDefault="00000000">
            <w:r>
              <w:t>Uczeń potrafi…</w:t>
            </w:r>
          </w:p>
        </w:tc>
        <w:tc>
          <w:tcPr>
            <w:tcW w:w="2436" w:type="dxa"/>
            <w:shd w:val="clear" w:color="auto" w:fill="D9EAF7"/>
          </w:tcPr>
          <w:p w14:paraId="31FB073E" w14:textId="77777777" w:rsidR="000F41D8" w:rsidRDefault="00000000">
            <w:r>
              <w:t>Osiągnięte</w:t>
            </w:r>
          </w:p>
        </w:tc>
        <w:tc>
          <w:tcPr>
            <w:tcW w:w="2436" w:type="dxa"/>
            <w:shd w:val="clear" w:color="auto" w:fill="D9EAF7"/>
          </w:tcPr>
          <w:p w14:paraId="0651AA0C" w14:textId="77777777" w:rsidR="000F41D8" w:rsidRDefault="00000000">
            <w:r>
              <w:t>Częściowo osiągnięte</w:t>
            </w:r>
          </w:p>
        </w:tc>
        <w:tc>
          <w:tcPr>
            <w:tcW w:w="2436" w:type="dxa"/>
            <w:shd w:val="clear" w:color="auto" w:fill="D9EAF7"/>
          </w:tcPr>
          <w:p w14:paraId="05F53DA5" w14:textId="77777777" w:rsidR="000F41D8" w:rsidRDefault="00000000">
            <w:r>
              <w:t>Wymaga dalszej pracy</w:t>
            </w:r>
          </w:p>
        </w:tc>
      </w:tr>
      <w:tr w:rsidR="000F41D8" w14:paraId="55E84DA5" w14:textId="77777777">
        <w:tc>
          <w:tcPr>
            <w:tcW w:w="2436" w:type="dxa"/>
          </w:tcPr>
          <w:p w14:paraId="42431205" w14:textId="77777777" w:rsidR="000F41D8" w:rsidRDefault="00000000">
            <w:r>
              <w:t>słucha krótkiej wypowiedzi i wykonuje polecenie</w:t>
            </w:r>
          </w:p>
        </w:tc>
        <w:tc>
          <w:tcPr>
            <w:tcW w:w="2436" w:type="dxa"/>
          </w:tcPr>
          <w:p w14:paraId="2217296D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6D9D0BBE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3CD86D5D" w14:textId="77777777" w:rsidR="000F41D8" w:rsidRDefault="00000000">
            <w:r>
              <w:t>☐</w:t>
            </w:r>
          </w:p>
        </w:tc>
      </w:tr>
      <w:tr w:rsidR="000F41D8" w14:paraId="06D39554" w14:textId="77777777">
        <w:tc>
          <w:tcPr>
            <w:tcW w:w="2436" w:type="dxa"/>
          </w:tcPr>
          <w:p w14:paraId="4BF78A02" w14:textId="77777777" w:rsidR="000F41D8" w:rsidRDefault="00000000">
            <w:r>
              <w:t>wypowiada się prostymi zdaniami na znany temat</w:t>
            </w:r>
          </w:p>
        </w:tc>
        <w:tc>
          <w:tcPr>
            <w:tcW w:w="2436" w:type="dxa"/>
          </w:tcPr>
          <w:p w14:paraId="72764B1C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3F2C6FF3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26CFA402" w14:textId="77777777" w:rsidR="000F41D8" w:rsidRDefault="00000000">
            <w:r>
              <w:t>☐</w:t>
            </w:r>
          </w:p>
        </w:tc>
      </w:tr>
      <w:tr w:rsidR="000F41D8" w14:paraId="3D6B249D" w14:textId="77777777">
        <w:tc>
          <w:tcPr>
            <w:tcW w:w="2436" w:type="dxa"/>
          </w:tcPr>
          <w:p w14:paraId="7E147E9E" w14:textId="77777777" w:rsidR="000F41D8" w:rsidRDefault="00000000">
            <w:r>
              <w:t>zadaje i odpowiada na proste pytania</w:t>
            </w:r>
          </w:p>
        </w:tc>
        <w:tc>
          <w:tcPr>
            <w:tcW w:w="2436" w:type="dxa"/>
          </w:tcPr>
          <w:p w14:paraId="734A820F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0C6C73A9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379DD7C3" w14:textId="77777777" w:rsidR="000F41D8" w:rsidRDefault="00000000">
            <w:r>
              <w:t>☐</w:t>
            </w:r>
          </w:p>
        </w:tc>
      </w:tr>
      <w:tr w:rsidR="000F41D8" w14:paraId="710F6769" w14:textId="77777777">
        <w:tc>
          <w:tcPr>
            <w:tcW w:w="2436" w:type="dxa"/>
          </w:tcPr>
          <w:p w14:paraId="52686D88" w14:textId="77777777" w:rsidR="000F41D8" w:rsidRDefault="00000000">
            <w:r>
              <w:t>rozpoznaje poznane litery i głoski</w:t>
            </w:r>
          </w:p>
        </w:tc>
        <w:tc>
          <w:tcPr>
            <w:tcW w:w="2436" w:type="dxa"/>
          </w:tcPr>
          <w:p w14:paraId="0B3ED3B9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044D2778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1EEFD01B" w14:textId="77777777" w:rsidR="000F41D8" w:rsidRDefault="00000000">
            <w:r>
              <w:t>☐</w:t>
            </w:r>
          </w:p>
        </w:tc>
      </w:tr>
      <w:tr w:rsidR="000F41D8" w14:paraId="32468981" w14:textId="77777777">
        <w:tc>
          <w:tcPr>
            <w:tcW w:w="2436" w:type="dxa"/>
          </w:tcPr>
          <w:p w14:paraId="76FF0B8C" w14:textId="77777777" w:rsidR="000F41D8" w:rsidRDefault="00000000">
            <w:r>
              <w:t>czyta proste wyrazy i zdania adekwatne do etapu nauki</w:t>
            </w:r>
          </w:p>
        </w:tc>
        <w:tc>
          <w:tcPr>
            <w:tcW w:w="2436" w:type="dxa"/>
          </w:tcPr>
          <w:p w14:paraId="316AE2FC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6C92B164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52AC2CFB" w14:textId="77777777" w:rsidR="000F41D8" w:rsidRDefault="00000000">
            <w:r>
              <w:t>☐</w:t>
            </w:r>
          </w:p>
        </w:tc>
      </w:tr>
      <w:tr w:rsidR="000F41D8" w14:paraId="30F7417E" w14:textId="77777777">
        <w:tc>
          <w:tcPr>
            <w:tcW w:w="2436" w:type="dxa"/>
          </w:tcPr>
          <w:p w14:paraId="5715D80D" w14:textId="77777777" w:rsidR="000F41D8" w:rsidRDefault="00000000">
            <w:r>
              <w:t>rozumie podstawową treść przeczytanego tekstu</w:t>
            </w:r>
          </w:p>
        </w:tc>
        <w:tc>
          <w:tcPr>
            <w:tcW w:w="2436" w:type="dxa"/>
          </w:tcPr>
          <w:p w14:paraId="7C0E61C8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4ECA278C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3C5C034C" w14:textId="77777777" w:rsidR="000F41D8" w:rsidRDefault="00000000">
            <w:r>
              <w:t>☐</w:t>
            </w:r>
          </w:p>
        </w:tc>
      </w:tr>
      <w:tr w:rsidR="000F41D8" w14:paraId="60737823" w14:textId="77777777">
        <w:tc>
          <w:tcPr>
            <w:tcW w:w="2436" w:type="dxa"/>
          </w:tcPr>
          <w:p w14:paraId="1898522C" w14:textId="77777777" w:rsidR="000F41D8" w:rsidRDefault="00000000">
            <w:r>
              <w:t>pisze poznane litery, wyrazy i proste zdania</w:t>
            </w:r>
          </w:p>
        </w:tc>
        <w:tc>
          <w:tcPr>
            <w:tcW w:w="2436" w:type="dxa"/>
          </w:tcPr>
          <w:p w14:paraId="26951BD5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4159768C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2025AD3B" w14:textId="77777777" w:rsidR="000F41D8" w:rsidRDefault="00000000">
            <w:r>
              <w:t>☐</w:t>
            </w:r>
          </w:p>
        </w:tc>
      </w:tr>
      <w:tr w:rsidR="000F41D8" w14:paraId="52C72073" w14:textId="77777777">
        <w:tc>
          <w:tcPr>
            <w:tcW w:w="2436" w:type="dxa"/>
          </w:tcPr>
          <w:p w14:paraId="48D4D066" w14:textId="77777777" w:rsidR="000F41D8" w:rsidRDefault="00000000">
            <w:r>
              <w:t>przepisuje krótki tekst</w:t>
            </w:r>
          </w:p>
        </w:tc>
        <w:tc>
          <w:tcPr>
            <w:tcW w:w="2436" w:type="dxa"/>
          </w:tcPr>
          <w:p w14:paraId="274BB24C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1E03CDE6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12FEC48D" w14:textId="77777777" w:rsidR="000F41D8" w:rsidRDefault="00000000">
            <w:r>
              <w:t>☐</w:t>
            </w:r>
          </w:p>
        </w:tc>
      </w:tr>
      <w:tr w:rsidR="000F41D8" w14:paraId="2D4D5010" w14:textId="77777777">
        <w:tc>
          <w:tcPr>
            <w:tcW w:w="2436" w:type="dxa"/>
          </w:tcPr>
          <w:p w14:paraId="3C34C3B4" w14:textId="77777777" w:rsidR="000F41D8" w:rsidRDefault="00000000">
            <w:r>
              <w:t>tworzy krótką wypowiedź ustną lub pisemną</w:t>
            </w:r>
          </w:p>
        </w:tc>
        <w:tc>
          <w:tcPr>
            <w:tcW w:w="2436" w:type="dxa"/>
          </w:tcPr>
          <w:p w14:paraId="4F44A7C2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17E48F60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365D1DCF" w14:textId="77777777" w:rsidR="000F41D8" w:rsidRDefault="00000000">
            <w:r>
              <w:t>☐</w:t>
            </w:r>
          </w:p>
        </w:tc>
      </w:tr>
      <w:tr w:rsidR="000F41D8" w14:paraId="6764FC33" w14:textId="77777777">
        <w:tc>
          <w:tcPr>
            <w:tcW w:w="2436" w:type="dxa"/>
          </w:tcPr>
          <w:p w14:paraId="0A0542B1" w14:textId="77777777" w:rsidR="000F41D8" w:rsidRDefault="00000000">
            <w:r>
              <w:t>korzysta z książki i prostych źródeł informacji</w:t>
            </w:r>
          </w:p>
        </w:tc>
        <w:tc>
          <w:tcPr>
            <w:tcW w:w="2436" w:type="dxa"/>
          </w:tcPr>
          <w:p w14:paraId="06DC41B8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4AD1D2E9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6E950EC8" w14:textId="77777777" w:rsidR="000F41D8" w:rsidRDefault="00000000">
            <w:r>
              <w:t>☐</w:t>
            </w:r>
          </w:p>
        </w:tc>
      </w:tr>
    </w:tbl>
    <w:p w14:paraId="282C1FF3" w14:textId="77777777" w:rsidR="000F41D8" w:rsidRDefault="00000000">
      <w:pPr>
        <w:pStyle w:val="Nagwek2"/>
      </w:pPr>
      <w:r>
        <w:t>Edukacja matematyczna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436"/>
        <w:gridCol w:w="2436"/>
        <w:gridCol w:w="2436"/>
        <w:gridCol w:w="2436"/>
      </w:tblGrid>
      <w:tr w:rsidR="000F41D8" w14:paraId="42ADDB15" w14:textId="77777777">
        <w:tc>
          <w:tcPr>
            <w:tcW w:w="2436" w:type="dxa"/>
            <w:shd w:val="clear" w:color="auto" w:fill="D9EAF7"/>
          </w:tcPr>
          <w:p w14:paraId="3FD26493" w14:textId="77777777" w:rsidR="000F41D8" w:rsidRDefault="00000000">
            <w:r>
              <w:t>Uczeń potrafi…</w:t>
            </w:r>
          </w:p>
        </w:tc>
        <w:tc>
          <w:tcPr>
            <w:tcW w:w="2436" w:type="dxa"/>
            <w:shd w:val="clear" w:color="auto" w:fill="D9EAF7"/>
          </w:tcPr>
          <w:p w14:paraId="05693732" w14:textId="77777777" w:rsidR="000F41D8" w:rsidRDefault="00000000">
            <w:r>
              <w:t>Osiągnięte</w:t>
            </w:r>
          </w:p>
        </w:tc>
        <w:tc>
          <w:tcPr>
            <w:tcW w:w="2436" w:type="dxa"/>
            <w:shd w:val="clear" w:color="auto" w:fill="D9EAF7"/>
          </w:tcPr>
          <w:p w14:paraId="307719D6" w14:textId="77777777" w:rsidR="000F41D8" w:rsidRDefault="00000000">
            <w:r>
              <w:t>Częściowo osiągnięte</w:t>
            </w:r>
          </w:p>
        </w:tc>
        <w:tc>
          <w:tcPr>
            <w:tcW w:w="2436" w:type="dxa"/>
            <w:shd w:val="clear" w:color="auto" w:fill="D9EAF7"/>
          </w:tcPr>
          <w:p w14:paraId="6426E1B5" w14:textId="77777777" w:rsidR="000F41D8" w:rsidRDefault="00000000">
            <w:r>
              <w:t>Wymaga dalszej pracy</w:t>
            </w:r>
          </w:p>
        </w:tc>
      </w:tr>
      <w:tr w:rsidR="000F41D8" w14:paraId="1821C709" w14:textId="77777777">
        <w:tc>
          <w:tcPr>
            <w:tcW w:w="2436" w:type="dxa"/>
          </w:tcPr>
          <w:p w14:paraId="22BA97E9" w14:textId="77777777" w:rsidR="000F41D8" w:rsidRDefault="00000000">
            <w:r>
              <w:t>przelicza elementy i porównuje zbiory</w:t>
            </w:r>
          </w:p>
        </w:tc>
        <w:tc>
          <w:tcPr>
            <w:tcW w:w="2436" w:type="dxa"/>
          </w:tcPr>
          <w:p w14:paraId="6B6292F8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3FAD1F51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6F973D91" w14:textId="77777777" w:rsidR="000F41D8" w:rsidRDefault="00000000">
            <w:r>
              <w:t>☐</w:t>
            </w:r>
          </w:p>
        </w:tc>
      </w:tr>
      <w:tr w:rsidR="000F41D8" w14:paraId="477A3810" w14:textId="77777777">
        <w:tc>
          <w:tcPr>
            <w:tcW w:w="2436" w:type="dxa"/>
          </w:tcPr>
          <w:p w14:paraId="62DD5259" w14:textId="77777777" w:rsidR="000F41D8" w:rsidRDefault="00000000">
            <w:r>
              <w:t>odczytuje i zapisuje liczby w zakresie realizowanym w klasie I</w:t>
            </w:r>
          </w:p>
        </w:tc>
        <w:tc>
          <w:tcPr>
            <w:tcW w:w="2436" w:type="dxa"/>
          </w:tcPr>
          <w:p w14:paraId="5FAD155E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0E19ACB7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0A039BBC" w14:textId="77777777" w:rsidR="000F41D8" w:rsidRDefault="00000000">
            <w:r>
              <w:t>☐</w:t>
            </w:r>
          </w:p>
        </w:tc>
      </w:tr>
      <w:tr w:rsidR="000F41D8" w14:paraId="65EF12B5" w14:textId="77777777">
        <w:tc>
          <w:tcPr>
            <w:tcW w:w="2436" w:type="dxa"/>
          </w:tcPr>
          <w:p w14:paraId="36C5A391" w14:textId="77777777" w:rsidR="000F41D8" w:rsidRDefault="00000000">
            <w:r>
              <w:lastRenderedPageBreak/>
              <w:t>dodaje i odejmuje w zakresie realizowanym w klasie I</w:t>
            </w:r>
          </w:p>
        </w:tc>
        <w:tc>
          <w:tcPr>
            <w:tcW w:w="2436" w:type="dxa"/>
          </w:tcPr>
          <w:p w14:paraId="5720BEC7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1E43AE9D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258E7A1B" w14:textId="77777777" w:rsidR="000F41D8" w:rsidRDefault="00000000">
            <w:r>
              <w:t>☐</w:t>
            </w:r>
          </w:p>
        </w:tc>
      </w:tr>
      <w:tr w:rsidR="000F41D8" w14:paraId="749588CF" w14:textId="77777777">
        <w:tc>
          <w:tcPr>
            <w:tcW w:w="2436" w:type="dxa"/>
          </w:tcPr>
          <w:p w14:paraId="1FAD8CBD" w14:textId="77777777" w:rsidR="000F41D8" w:rsidRDefault="00000000">
            <w:r>
              <w:t>rozwiązuje proste zadanie tekstowe</w:t>
            </w:r>
          </w:p>
        </w:tc>
        <w:tc>
          <w:tcPr>
            <w:tcW w:w="2436" w:type="dxa"/>
          </w:tcPr>
          <w:p w14:paraId="5FFCE01C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032E8DE2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2C05C64F" w14:textId="77777777" w:rsidR="000F41D8" w:rsidRDefault="00000000">
            <w:r>
              <w:t>☐</w:t>
            </w:r>
          </w:p>
        </w:tc>
      </w:tr>
      <w:tr w:rsidR="000F41D8" w14:paraId="6A6FDE60" w14:textId="77777777">
        <w:tc>
          <w:tcPr>
            <w:tcW w:w="2436" w:type="dxa"/>
          </w:tcPr>
          <w:p w14:paraId="27AE6250" w14:textId="77777777" w:rsidR="000F41D8" w:rsidRDefault="00000000">
            <w:r>
              <w:t>rozpoznaje podstawowe figury geometryczne</w:t>
            </w:r>
          </w:p>
        </w:tc>
        <w:tc>
          <w:tcPr>
            <w:tcW w:w="2436" w:type="dxa"/>
          </w:tcPr>
          <w:p w14:paraId="67FE6D4E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26B425CD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681AE27E" w14:textId="77777777" w:rsidR="000F41D8" w:rsidRDefault="00000000">
            <w:r>
              <w:t>☐</w:t>
            </w:r>
          </w:p>
        </w:tc>
      </w:tr>
      <w:tr w:rsidR="000F41D8" w14:paraId="2C369768" w14:textId="77777777">
        <w:tc>
          <w:tcPr>
            <w:tcW w:w="2436" w:type="dxa"/>
          </w:tcPr>
          <w:p w14:paraId="60B30A93" w14:textId="77777777" w:rsidR="000F41D8" w:rsidRDefault="00000000">
            <w:r>
              <w:t>określa położenie przedmiotów</w:t>
            </w:r>
          </w:p>
        </w:tc>
        <w:tc>
          <w:tcPr>
            <w:tcW w:w="2436" w:type="dxa"/>
          </w:tcPr>
          <w:p w14:paraId="4FA9935A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3786B764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46364D0C" w14:textId="77777777" w:rsidR="000F41D8" w:rsidRDefault="00000000">
            <w:r>
              <w:t>☐</w:t>
            </w:r>
          </w:p>
        </w:tc>
      </w:tr>
      <w:tr w:rsidR="000F41D8" w14:paraId="26F59CF4" w14:textId="77777777">
        <w:tc>
          <w:tcPr>
            <w:tcW w:w="2436" w:type="dxa"/>
          </w:tcPr>
          <w:p w14:paraId="455B46A6" w14:textId="77777777" w:rsidR="000F41D8" w:rsidRDefault="00000000">
            <w:r>
              <w:t>wykonuje proste pomiary</w:t>
            </w:r>
          </w:p>
        </w:tc>
        <w:tc>
          <w:tcPr>
            <w:tcW w:w="2436" w:type="dxa"/>
          </w:tcPr>
          <w:p w14:paraId="59B22E49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23A69A83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49824DF5" w14:textId="77777777" w:rsidR="000F41D8" w:rsidRDefault="00000000">
            <w:r>
              <w:t>☐</w:t>
            </w:r>
          </w:p>
        </w:tc>
      </w:tr>
      <w:tr w:rsidR="000F41D8" w14:paraId="6693D743" w14:textId="77777777">
        <w:tc>
          <w:tcPr>
            <w:tcW w:w="2436" w:type="dxa"/>
          </w:tcPr>
          <w:p w14:paraId="3792F42A" w14:textId="77777777" w:rsidR="000F41D8" w:rsidRDefault="00000000">
            <w:r>
              <w:t>posługuje się podstawowymi jednostkami czasu w sytuacjach codziennych</w:t>
            </w:r>
          </w:p>
        </w:tc>
        <w:tc>
          <w:tcPr>
            <w:tcW w:w="2436" w:type="dxa"/>
          </w:tcPr>
          <w:p w14:paraId="1BADB997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72B59086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3A764723" w14:textId="77777777" w:rsidR="000F41D8" w:rsidRDefault="00000000">
            <w:r>
              <w:t>☐</w:t>
            </w:r>
          </w:p>
        </w:tc>
      </w:tr>
      <w:tr w:rsidR="000F41D8" w14:paraId="46630AE2" w14:textId="77777777">
        <w:tc>
          <w:tcPr>
            <w:tcW w:w="2436" w:type="dxa"/>
          </w:tcPr>
          <w:p w14:paraId="50B62577" w14:textId="77777777" w:rsidR="000F41D8" w:rsidRDefault="00000000">
            <w:r>
              <w:t>rozpoznaje polskie pieniądze i wykorzystuje je w prostych sytuacjach</w:t>
            </w:r>
          </w:p>
        </w:tc>
        <w:tc>
          <w:tcPr>
            <w:tcW w:w="2436" w:type="dxa"/>
          </w:tcPr>
          <w:p w14:paraId="76C8374B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79FE3C1E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29553F1D" w14:textId="77777777" w:rsidR="000F41D8" w:rsidRDefault="00000000">
            <w:r>
              <w:t>☐</w:t>
            </w:r>
          </w:p>
        </w:tc>
      </w:tr>
    </w:tbl>
    <w:p w14:paraId="60A567A7" w14:textId="77777777" w:rsidR="000F41D8" w:rsidRDefault="00000000">
      <w:pPr>
        <w:pStyle w:val="Nagwek2"/>
      </w:pPr>
      <w:r>
        <w:t>Przyroda i zdrowie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436"/>
        <w:gridCol w:w="2436"/>
        <w:gridCol w:w="2436"/>
        <w:gridCol w:w="2436"/>
      </w:tblGrid>
      <w:tr w:rsidR="000F41D8" w14:paraId="5867E8DE" w14:textId="77777777">
        <w:tc>
          <w:tcPr>
            <w:tcW w:w="2436" w:type="dxa"/>
            <w:shd w:val="clear" w:color="auto" w:fill="D9EAF7"/>
          </w:tcPr>
          <w:p w14:paraId="44864C8E" w14:textId="77777777" w:rsidR="000F41D8" w:rsidRDefault="00000000">
            <w:r>
              <w:t>Uczeń potrafi…</w:t>
            </w:r>
          </w:p>
        </w:tc>
        <w:tc>
          <w:tcPr>
            <w:tcW w:w="2436" w:type="dxa"/>
            <w:shd w:val="clear" w:color="auto" w:fill="D9EAF7"/>
          </w:tcPr>
          <w:p w14:paraId="6F33CA16" w14:textId="77777777" w:rsidR="000F41D8" w:rsidRDefault="00000000">
            <w:r>
              <w:t>Osiągnięte</w:t>
            </w:r>
          </w:p>
        </w:tc>
        <w:tc>
          <w:tcPr>
            <w:tcW w:w="2436" w:type="dxa"/>
            <w:shd w:val="clear" w:color="auto" w:fill="D9EAF7"/>
          </w:tcPr>
          <w:p w14:paraId="30DC9A6A" w14:textId="77777777" w:rsidR="000F41D8" w:rsidRDefault="00000000">
            <w:r>
              <w:t>Częściowo osiągnięte</w:t>
            </w:r>
          </w:p>
        </w:tc>
        <w:tc>
          <w:tcPr>
            <w:tcW w:w="2436" w:type="dxa"/>
            <w:shd w:val="clear" w:color="auto" w:fill="D9EAF7"/>
          </w:tcPr>
          <w:p w14:paraId="1A1CA80E" w14:textId="77777777" w:rsidR="000F41D8" w:rsidRDefault="00000000">
            <w:r>
              <w:t>Wymaga dalszej pracy</w:t>
            </w:r>
          </w:p>
        </w:tc>
      </w:tr>
      <w:tr w:rsidR="000F41D8" w14:paraId="23B651F7" w14:textId="77777777">
        <w:tc>
          <w:tcPr>
            <w:tcW w:w="2436" w:type="dxa"/>
          </w:tcPr>
          <w:p w14:paraId="255D66F0" w14:textId="77777777" w:rsidR="000F41D8" w:rsidRDefault="00000000">
            <w:r>
              <w:t>obserwuje zmiany w przyrodzie</w:t>
            </w:r>
          </w:p>
        </w:tc>
        <w:tc>
          <w:tcPr>
            <w:tcW w:w="2436" w:type="dxa"/>
          </w:tcPr>
          <w:p w14:paraId="0B42DA4F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1EBDC95D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71E2C541" w14:textId="77777777" w:rsidR="000F41D8" w:rsidRDefault="00000000">
            <w:r>
              <w:t>☐</w:t>
            </w:r>
          </w:p>
        </w:tc>
      </w:tr>
      <w:tr w:rsidR="000F41D8" w14:paraId="597D19CD" w14:textId="77777777">
        <w:tc>
          <w:tcPr>
            <w:tcW w:w="2436" w:type="dxa"/>
          </w:tcPr>
          <w:p w14:paraId="2473343E" w14:textId="77777777" w:rsidR="000F41D8" w:rsidRDefault="00000000">
            <w:r>
              <w:t>rozpoznaje wybrane rośliny i zwierzęta</w:t>
            </w:r>
          </w:p>
        </w:tc>
        <w:tc>
          <w:tcPr>
            <w:tcW w:w="2436" w:type="dxa"/>
          </w:tcPr>
          <w:p w14:paraId="72A7FB3F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315EA017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1630641B" w14:textId="77777777" w:rsidR="000F41D8" w:rsidRDefault="00000000">
            <w:r>
              <w:t>☐</w:t>
            </w:r>
          </w:p>
        </w:tc>
      </w:tr>
      <w:tr w:rsidR="000F41D8" w14:paraId="4FAF2872" w14:textId="77777777">
        <w:tc>
          <w:tcPr>
            <w:tcW w:w="2436" w:type="dxa"/>
          </w:tcPr>
          <w:p w14:paraId="2F53BDF1" w14:textId="77777777" w:rsidR="000F41D8" w:rsidRDefault="00000000">
            <w:r>
              <w:t>wskazuje podstawowe potrzeby człowieka i organizmów</w:t>
            </w:r>
          </w:p>
        </w:tc>
        <w:tc>
          <w:tcPr>
            <w:tcW w:w="2436" w:type="dxa"/>
          </w:tcPr>
          <w:p w14:paraId="3AAA92AE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3CC9E5AB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287C9D66" w14:textId="77777777" w:rsidR="000F41D8" w:rsidRDefault="00000000">
            <w:r>
              <w:t>☐</w:t>
            </w:r>
          </w:p>
        </w:tc>
      </w:tr>
      <w:tr w:rsidR="000F41D8" w14:paraId="3F09BE50" w14:textId="77777777">
        <w:tc>
          <w:tcPr>
            <w:tcW w:w="2436" w:type="dxa"/>
          </w:tcPr>
          <w:p w14:paraId="0DAF87D1" w14:textId="77777777" w:rsidR="000F41D8" w:rsidRDefault="00000000">
            <w:r>
              <w:t>stosuje zasady higieny</w:t>
            </w:r>
          </w:p>
        </w:tc>
        <w:tc>
          <w:tcPr>
            <w:tcW w:w="2436" w:type="dxa"/>
          </w:tcPr>
          <w:p w14:paraId="21FA0DB5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10EC95C0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5F3994AE" w14:textId="77777777" w:rsidR="000F41D8" w:rsidRDefault="00000000">
            <w:r>
              <w:t>☐</w:t>
            </w:r>
          </w:p>
        </w:tc>
      </w:tr>
      <w:tr w:rsidR="000F41D8" w14:paraId="66718069" w14:textId="77777777">
        <w:tc>
          <w:tcPr>
            <w:tcW w:w="2436" w:type="dxa"/>
          </w:tcPr>
          <w:p w14:paraId="73D6DA80" w14:textId="77777777" w:rsidR="000F41D8" w:rsidRDefault="00000000">
            <w:r>
              <w:t>zna znaczenie ruchu, snu i odpoczynku</w:t>
            </w:r>
          </w:p>
        </w:tc>
        <w:tc>
          <w:tcPr>
            <w:tcW w:w="2436" w:type="dxa"/>
          </w:tcPr>
          <w:p w14:paraId="14895FBB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752A4CE4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72D4BD5D" w14:textId="77777777" w:rsidR="000F41D8" w:rsidRDefault="00000000">
            <w:r>
              <w:t>☐</w:t>
            </w:r>
          </w:p>
        </w:tc>
      </w:tr>
      <w:tr w:rsidR="000F41D8" w14:paraId="1D746128" w14:textId="77777777">
        <w:tc>
          <w:tcPr>
            <w:tcW w:w="2436" w:type="dxa"/>
          </w:tcPr>
          <w:p w14:paraId="2B581E14" w14:textId="77777777" w:rsidR="000F41D8" w:rsidRDefault="00000000">
            <w:r>
              <w:t>uczestniczy w prostym doświadczeniu</w:t>
            </w:r>
          </w:p>
        </w:tc>
        <w:tc>
          <w:tcPr>
            <w:tcW w:w="2436" w:type="dxa"/>
          </w:tcPr>
          <w:p w14:paraId="6E86A840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3EF187ED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52F85F7F" w14:textId="77777777" w:rsidR="000F41D8" w:rsidRDefault="00000000">
            <w:r>
              <w:t>☐</w:t>
            </w:r>
          </w:p>
        </w:tc>
      </w:tr>
      <w:tr w:rsidR="000F41D8" w14:paraId="4BD1B439" w14:textId="77777777">
        <w:tc>
          <w:tcPr>
            <w:tcW w:w="2436" w:type="dxa"/>
          </w:tcPr>
          <w:p w14:paraId="14C00317" w14:textId="77777777" w:rsidR="000F41D8" w:rsidRDefault="00000000">
            <w:r>
              <w:t xml:space="preserve">rozpoznaje podstawowe </w:t>
            </w:r>
            <w:r>
              <w:lastRenderedPageBreak/>
              <w:t>zagrożenia</w:t>
            </w:r>
          </w:p>
        </w:tc>
        <w:tc>
          <w:tcPr>
            <w:tcW w:w="2436" w:type="dxa"/>
          </w:tcPr>
          <w:p w14:paraId="25434EBE" w14:textId="77777777" w:rsidR="000F41D8" w:rsidRDefault="00000000">
            <w:r>
              <w:lastRenderedPageBreak/>
              <w:t>☐</w:t>
            </w:r>
          </w:p>
        </w:tc>
        <w:tc>
          <w:tcPr>
            <w:tcW w:w="2436" w:type="dxa"/>
          </w:tcPr>
          <w:p w14:paraId="22308A25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3B306CFB" w14:textId="77777777" w:rsidR="000F41D8" w:rsidRDefault="00000000">
            <w:r>
              <w:t>☐</w:t>
            </w:r>
          </w:p>
        </w:tc>
      </w:tr>
      <w:tr w:rsidR="000F41D8" w14:paraId="486F4810" w14:textId="77777777">
        <w:tc>
          <w:tcPr>
            <w:tcW w:w="2436" w:type="dxa"/>
          </w:tcPr>
          <w:p w14:paraId="46FBBCC8" w14:textId="77777777" w:rsidR="000F41D8" w:rsidRDefault="00000000">
            <w:r>
              <w:t>stosuje proste zasady ochrony środowiska</w:t>
            </w:r>
          </w:p>
        </w:tc>
        <w:tc>
          <w:tcPr>
            <w:tcW w:w="2436" w:type="dxa"/>
          </w:tcPr>
          <w:p w14:paraId="428628D6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2FD96DF7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435C5680" w14:textId="77777777" w:rsidR="000F41D8" w:rsidRDefault="00000000">
            <w:r>
              <w:t>☐</w:t>
            </w:r>
          </w:p>
        </w:tc>
      </w:tr>
    </w:tbl>
    <w:p w14:paraId="702C664D" w14:textId="77777777" w:rsidR="000F41D8" w:rsidRDefault="00000000">
      <w:pPr>
        <w:pStyle w:val="Nagwek2"/>
      </w:pPr>
      <w:r>
        <w:t>Obszar społeczny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436"/>
        <w:gridCol w:w="2436"/>
        <w:gridCol w:w="2436"/>
        <w:gridCol w:w="2436"/>
      </w:tblGrid>
      <w:tr w:rsidR="000F41D8" w14:paraId="042E4430" w14:textId="77777777">
        <w:tc>
          <w:tcPr>
            <w:tcW w:w="2436" w:type="dxa"/>
            <w:shd w:val="clear" w:color="auto" w:fill="D9EAF7"/>
          </w:tcPr>
          <w:p w14:paraId="725D85AA" w14:textId="77777777" w:rsidR="000F41D8" w:rsidRDefault="00000000">
            <w:r>
              <w:t>Uczeń potrafi…</w:t>
            </w:r>
          </w:p>
        </w:tc>
        <w:tc>
          <w:tcPr>
            <w:tcW w:w="2436" w:type="dxa"/>
            <w:shd w:val="clear" w:color="auto" w:fill="D9EAF7"/>
          </w:tcPr>
          <w:p w14:paraId="08DDC7F7" w14:textId="77777777" w:rsidR="000F41D8" w:rsidRDefault="00000000">
            <w:r>
              <w:t>Osiągnięte</w:t>
            </w:r>
          </w:p>
        </w:tc>
        <w:tc>
          <w:tcPr>
            <w:tcW w:w="2436" w:type="dxa"/>
            <w:shd w:val="clear" w:color="auto" w:fill="D9EAF7"/>
          </w:tcPr>
          <w:p w14:paraId="3F4D164A" w14:textId="77777777" w:rsidR="000F41D8" w:rsidRDefault="00000000">
            <w:r>
              <w:t>Częściowo osiągnięte</w:t>
            </w:r>
          </w:p>
        </w:tc>
        <w:tc>
          <w:tcPr>
            <w:tcW w:w="2436" w:type="dxa"/>
            <w:shd w:val="clear" w:color="auto" w:fill="D9EAF7"/>
          </w:tcPr>
          <w:p w14:paraId="0B5CDA45" w14:textId="77777777" w:rsidR="000F41D8" w:rsidRDefault="00000000">
            <w:r>
              <w:t>Wymaga dalszej pracy</w:t>
            </w:r>
          </w:p>
        </w:tc>
      </w:tr>
      <w:tr w:rsidR="000F41D8" w14:paraId="691F2809" w14:textId="77777777">
        <w:tc>
          <w:tcPr>
            <w:tcW w:w="2436" w:type="dxa"/>
          </w:tcPr>
          <w:p w14:paraId="7DFAA4F9" w14:textId="77777777" w:rsidR="000F41D8" w:rsidRDefault="00000000">
            <w:r>
              <w:t>przestrzega podstawowych zasad klasy</w:t>
            </w:r>
          </w:p>
        </w:tc>
        <w:tc>
          <w:tcPr>
            <w:tcW w:w="2436" w:type="dxa"/>
          </w:tcPr>
          <w:p w14:paraId="1397E5DC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4559F712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276858B0" w14:textId="77777777" w:rsidR="000F41D8" w:rsidRDefault="00000000">
            <w:r>
              <w:t>☐</w:t>
            </w:r>
          </w:p>
        </w:tc>
      </w:tr>
      <w:tr w:rsidR="000F41D8" w14:paraId="1E687E3D" w14:textId="77777777">
        <w:tc>
          <w:tcPr>
            <w:tcW w:w="2436" w:type="dxa"/>
          </w:tcPr>
          <w:p w14:paraId="6B4FC1C6" w14:textId="77777777" w:rsidR="000F41D8" w:rsidRDefault="00000000">
            <w:r>
              <w:t>współpracuje w parze i grupie</w:t>
            </w:r>
          </w:p>
        </w:tc>
        <w:tc>
          <w:tcPr>
            <w:tcW w:w="2436" w:type="dxa"/>
          </w:tcPr>
          <w:p w14:paraId="6DC9C755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70F0F233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66888523" w14:textId="77777777" w:rsidR="000F41D8" w:rsidRDefault="00000000">
            <w:r>
              <w:t>☐</w:t>
            </w:r>
          </w:p>
        </w:tc>
      </w:tr>
      <w:tr w:rsidR="000F41D8" w14:paraId="0C4E17A6" w14:textId="77777777">
        <w:tc>
          <w:tcPr>
            <w:tcW w:w="2436" w:type="dxa"/>
          </w:tcPr>
          <w:p w14:paraId="29BF9A91" w14:textId="77777777" w:rsidR="000F41D8" w:rsidRDefault="00000000">
            <w:r>
              <w:t>nazywa emocje i komunikuje potrzeby</w:t>
            </w:r>
          </w:p>
        </w:tc>
        <w:tc>
          <w:tcPr>
            <w:tcW w:w="2436" w:type="dxa"/>
          </w:tcPr>
          <w:p w14:paraId="36996D31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36FEB357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6432CF78" w14:textId="77777777" w:rsidR="000F41D8" w:rsidRDefault="00000000">
            <w:r>
              <w:t>☐</w:t>
            </w:r>
          </w:p>
        </w:tc>
      </w:tr>
      <w:tr w:rsidR="000F41D8" w14:paraId="63546CC6" w14:textId="77777777">
        <w:tc>
          <w:tcPr>
            <w:tcW w:w="2436" w:type="dxa"/>
          </w:tcPr>
          <w:p w14:paraId="2AEDE1BF" w14:textId="77777777" w:rsidR="000F41D8" w:rsidRDefault="00000000">
            <w:r>
              <w:t>prosi o pomoc</w:t>
            </w:r>
          </w:p>
        </w:tc>
        <w:tc>
          <w:tcPr>
            <w:tcW w:w="2436" w:type="dxa"/>
          </w:tcPr>
          <w:p w14:paraId="02FA16D6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4F4AB6EE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0058A23B" w14:textId="77777777" w:rsidR="000F41D8" w:rsidRDefault="00000000">
            <w:r>
              <w:t>☐</w:t>
            </w:r>
          </w:p>
        </w:tc>
      </w:tr>
      <w:tr w:rsidR="000F41D8" w14:paraId="372414D2" w14:textId="77777777">
        <w:tc>
          <w:tcPr>
            <w:tcW w:w="2436" w:type="dxa"/>
          </w:tcPr>
          <w:p w14:paraId="38DDE2BD" w14:textId="77777777" w:rsidR="000F41D8" w:rsidRDefault="00000000">
            <w:r>
              <w:t>szanuje granice innych</w:t>
            </w:r>
          </w:p>
        </w:tc>
        <w:tc>
          <w:tcPr>
            <w:tcW w:w="2436" w:type="dxa"/>
          </w:tcPr>
          <w:p w14:paraId="335049B9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2A29089D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033C30AD" w14:textId="77777777" w:rsidR="000F41D8" w:rsidRDefault="00000000">
            <w:r>
              <w:t>☐</w:t>
            </w:r>
          </w:p>
        </w:tc>
      </w:tr>
      <w:tr w:rsidR="000F41D8" w14:paraId="7DA1E27A" w14:textId="77777777">
        <w:tc>
          <w:tcPr>
            <w:tcW w:w="2436" w:type="dxa"/>
          </w:tcPr>
          <w:p w14:paraId="7E3F8A10" w14:textId="77777777" w:rsidR="000F41D8" w:rsidRDefault="00000000">
            <w:r>
              <w:t>zna podstawowe prawa i obowiązki ucznia</w:t>
            </w:r>
          </w:p>
        </w:tc>
        <w:tc>
          <w:tcPr>
            <w:tcW w:w="2436" w:type="dxa"/>
          </w:tcPr>
          <w:p w14:paraId="66A08D7C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3860A9AF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6F5A7E08" w14:textId="77777777" w:rsidR="000F41D8" w:rsidRDefault="00000000">
            <w:r>
              <w:t>☐</w:t>
            </w:r>
          </w:p>
        </w:tc>
      </w:tr>
      <w:tr w:rsidR="000F41D8" w14:paraId="2D925DC1" w14:textId="77777777">
        <w:tc>
          <w:tcPr>
            <w:tcW w:w="2436" w:type="dxa"/>
          </w:tcPr>
          <w:p w14:paraId="467A5FFA" w14:textId="77777777" w:rsidR="000F41D8" w:rsidRDefault="00000000">
            <w:r>
              <w:t>rozpoznaje symbole narodowe</w:t>
            </w:r>
          </w:p>
        </w:tc>
        <w:tc>
          <w:tcPr>
            <w:tcW w:w="2436" w:type="dxa"/>
          </w:tcPr>
          <w:p w14:paraId="5FC0C4D2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014BA5AD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4E1F9B37" w14:textId="77777777" w:rsidR="000F41D8" w:rsidRDefault="00000000">
            <w:r>
              <w:t>☐</w:t>
            </w:r>
          </w:p>
        </w:tc>
      </w:tr>
      <w:tr w:rsidR="000F41D8" w14:paraId="03EE7533" w14:textId="77777777">
        <w:tc>
          <w:tcPr>
            <w:tcW w:w="2436" w:type="dxa"/>
          </w:tcPr>
          <w:p w14:paraId="63239312" w14:textId="77777777" w:rsidR="000F41D8" w:rsidRDefault="00000000">
            <w:r>
              <w:t>uczestniczy w życiu klasy i szkoły</w:t>
            </w:r>
          </w:p>
        </w:tc>
        <w:tc>
          <w:tcPr>
            <w:tcW w:w="2436" w:type="dxa"/>
          </w:tcPr>
          <w:p w14:paraId="66CE1133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0A76AE71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060EE186" w14:textId="77777777" w:rsidR="000F41D8" w:rsidRDefault="00000000">
            <w:r>
              <w:t>☐</w:t>
            </w:r>
          </w:p>
        </w:tc>
      </w:tr>
      <w:tr w:rsidR="000F41D8" w14:paraId="1710EFF8" w14:textId="77777777">
        <w:tc>
          <w:tcPr>
            <w:tcW w:w="2436" w:type="dxa"/>
          </w:tcPr>
          <w:p w14:paraId="6E12DCBF" w14:textId="77777777" w:rsidR="000F41D8" w:rsidRDefault="00000000">
            <w:r>
              <w:t>rozróżnia potrzeby i zachcianki</w:t>
            </w:r>
          </w:p>
        </w:tc>
        <w:tc>
          <w:tcPr>
            <w:tcW w:w="2436" w:type="dxa"/>
          </w:tcPr>
          <w:p w14:paraId="64AB8691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23565A32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42CEEAC2" w14:textId="77777777" w:rsidR="000F41D8" w:rsidRDefault="00000000">
            <w:r>
              <w:t>☐</w:t>
            </w:r>
          </w:p>
        </w:tc>
      </w:tr>
    </w:tbl>
    <w:p w14:paraId="7FD2A840" w14:textId="77777777" w:rsidR="000F41D8" w:rsidRDefault="00000000">
      <w:pPr>
        <w:pStyle w:val="Nagwek2"/>
      </w:pPr>
      <w:r>
        <w:t>Artystyczne, techniczne i cyfrowe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436"/>
        <w:gridCol w:w="2436"/>
        <w:gridCol w:w="2436"/>
        <w:gridCol w:w="2436"/>
      </w:tblGrid>
      <w:tr w:rsidR="000F41D8" w14:paraId="2145F1C2" w14:textId="77777777">
        <w:tc>
          <w:tcPr>
            <w:tcW w:w="2436" w:type="dxa"/>
            <w:shd w:val="clear" w:color="auto" w:fill="D9EAF7"/>
          </w:tcPr>
          <w:p w14:paraId="4F8D9111" w14:textId="77777777" w:rsidR="000F41D8" w:rsidRDefault="00000000">
            <w:r>
              <w:t>Uczeń potrafi…</w:t>
            </w:r>
          </w:p>
        </w:tc>
        <w:tc>
          <w:tcPr>
            <w:tcW w:w="2436" w:type="dxa"/>
            <w:shd w:val="clear" w:color="auto" w:fill="D9EAF7"/>
          </w:tcPr>
          <w:p w14:paraId="05030FB9" w14:textId="77777777" w:rsidR="000F41D8" w:rsidRDefault="00000000">
            <w:r>
              <w:t>Osiągnięte</w:t>
            </w:r>
          </w:p>
        </w:tc>
        <w:tc>
          <w:tcPr>
            <w:tcW w:w="2436" w:type="dxa"/>
            <w:shd w:val="clear" w:color="auto" w:fill="D9EAF7"/>
          </w:tcPr>
          <w:p w14:paraId="617ED7D0" w14:textId="77777777" w:rsidR="000F41D8" w:rsidRDefault="00000000">
            <w:r>
              <w:t>Częściowo osiągnięte</w:t>
            </w:r>
          </w:p>
        </w:tc>
        <w:tc>
          <w:tcPr>
            <w:tcW w:w="2436" w:type="dxa"/>
            <w:shd w:val="clear" w:color="auto" w:fill="D9EAF7"/>
          </w:tcPr>
          <w:p w14:paraId="5A2A3BD3" w14:textId="77777777" w:rsidR="000F41D8" w:rsidRDefault="00000000">
            <w:r>
              <w:t>Wymaga dalszej pracy</w:t>
            </w:r>
          </w:p>
        </w:tc>
      </w:tr>
      <w:tr w:rsidR="000F41D8" w14:paraId="15719AD7" w14:textId="77777777">
        <w:tc>
          <w:tcPr>
            <w:tcW w:w="2436" w:type="dxa"/>
          </w:tcPr>
          <w:p w14:paraId="13586CBB" w14:textId="77777777" w:rsidR="000F41D8" w:rsidRDefault="00000000">
            <w:r>
              <w:t>wykonuje pracę plastyczną różnymi technikami</w:t>
            </w:r>
          </w:p>
        </w:tc>
        <w:tc>
          <w:tcPr>
            <w:tcW w:w="2436" w:type="dxa"/>
          </w:tcPr>
          <w:p w14:paraId="424FFFD3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12161CD8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755D401D" w14:textId="77777777" w:rsidR="000F41D8" w:rsidRDefault="00000000">
            <w:r>
              <w:t>☐</w:t>
            </w:r>
          </w:p>
        </w:tc>
      </w:tr>
      <w:tr w:rsidR="000F41D8" w14:paraId="62F750BA" w14:textId="77777777">
        <w:tc>
          <w:tcPr>
            <w:tcW w:w="2436" w:type="dxa"/>
          </w:tcPr>
          <w:p w14:paraId="424DD8C9" w14:textId="77777777" w:rsidR="000F41D8" w:rsidRDefault="00000000">
            <w:r>
              <w:t>śpiewa poznaną piosenkę i odtwarza prosty rytm</w:t>
            </w:r>
          </w:p>
        </w:tc>
        <w:tc>
          <w:tcPr>
            <w:tcW w:w="2436" w:type="dxa"/>
          </w:tcPr>
          <w:p w14:paraId="3F827714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0B1F0EDD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4189EA89" w14:textId="77777777" w:rsidR="000F41D8" w:rsidRDefault="00000000">
            <w:r>
              <w:t>☐</w:t>
            </w:r>
          </w:p>
        </w:tc>
      </w:tr>
      <w:tr w:rsidR="000F41D8" w14:paraId="34E7E001" w14:textId="77777777">
        <w:tc>
          <w:tcPr>
            <w:tcW w:w="2436" w:type="dxa"/>
          </w:tcPr>
          <w:p w14:paraId="44E0C9EF" w14:textId="77777777" w:rsidR="000F41D8" w:rsidRDefault="00000000">
            <w:r>
              <w:t>uczestniczy w działaniach teatralnych</w:t>
            </w:r>
          </w:p>
        </w:tc>
        <w:tc>
          <w:tcPr>
            <w:tcW w:w="2436" w:type="dxa"/>
          </w:tcPr>
          <w:p w14:paraId="7EAFB1E8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35491A8D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508C6412" w14:textId="77777777" w:rsidR="000F41D8" w:rsidRDefault="00000000">
            <w:r>
              <w:t>☐</w:t>
            </w:r>
          </w:p>
        </w:tc>
      </w:tr>
      <w:tr w:rsidR="000F41D8" w14:paraId="59BC9C6C" w14:textId="77777777">
        <w:tc>
          <w:tcPr>
            <w:tcW w:w="2436" w:type="dxa"/>
          </w:tcPr>
          <w:p w14:paraId="3E895B8F" w14:textId="77777777" w:rsidR="000F41D8" w:rsidRDefault="00000000">
            <w:r>
              <w:t xml:space="preserve">bezpiecznie posługuje się prostymi </w:t>
            </w:r>
            <w:r>
              <w:lastRenderedPageBreak/>
              <w:t>narzędziami</w:t>
            </w:r>
          </w:p>
        </w:tc>
        <w:tc>
          <w:tcPr>
            <w:tcW w:w="2436" w:type="dxa"/>
          </w:tcPr>
          <w:p w14:paraId="368A4495" w14:textId="77777777" w:rsidR="000F41D8" w:rsidRDefault="00000000">
            <w:r>
              <w:lastRenderedPageBreak/>
              <w:t>☐</w:t>
            </w:r>
          </w:p>
        </w:tc>
        <w:tc>
          <w:tcPr>
            <w:tcW w:w="2436" w:type="dxa"/>
          </w:tcPr>
          <w:p w14:paraId="7175D47A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5065500B" w14:textId="77777777" w:rsidR="000F41D8" w:rsidRDefault="00000000">
            <w:r>
              <w:t>☐</w:t>
            </w:r>
          </w:p>
        </w:tc>
      </w:tr>
      <w:tr w:rsidR="000F41D8" w14:paraId="071E2E68" w14:textId="77777777">
        <w:tc>
          <w:tcPr>
            <w:tcW w:w="2436" w:type="dxa"/>
          </w:tcPr>
          <w:p w14:paraId="33C9C0B0" w14:textId="77777777" w:rsidR="000F41D8" w:rsidRDefault="00000000">
            <w:r>
              <w:t>planuje i wykonuje prostą pracę techniczną</w:t>
            </w:r>
          </w:p>
        </w:tc>
        <w:tc>
          <w:tcPr>
            <w:tcW w:w="2436" w:type="dxa"/>
          </w:tcPr>
          <w:p w14:paraId="5DF1F787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26B1DCD9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10722C67" w14:textId="77777777" w:rsidR="000F41D8" w:rsidRDefault="00000000">
            <w:r>
              <w:t>☐</w:t>
            </w:r>
          </w:p>
        </w:tc>
      </w:tr>
      <w:tr w:rsidR="000F41D8" w14:paraId="4244D4A4" w14:textId="77777777">
        <w:tc>
          <w:tcPr>
            <w:tcW w:w="2436" w:type="dxa"/>
          </w:tcPr>
          <w:p w14:paraId="2BE70E18" w14:textId="77777777" w:rsidR="000F41D8" w:rsidRDefault="00000000">
            <w:r>
              <w:t>korzysta z urządzenia cyfrowego zgodnie z instrukcją</w:t>
            </w:r>
          </w:p>
        </w:tc>
        <w:tc>
          <w:tcPr>
            <w:tcW w:w="2436" w:type="dxa"/>
          </w:tcPr>
          <w:p w14:paraId="5A147F0A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5F5A980B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3187D00A" w14:textId="77777777" w:rsidR="000F41D8" w:rsidRDefault="00000000">
            <w:r>
              <w:t>☐</w:t>
            </w:r>
          </w:p>
        </w:tc>
      </w:tr>
      <w:tr w:rsidR="000F41D8" w14:paraId="1CCE4E1C" w14:textId="77777777">
        <w:tc>
          <w:tcPr>
            <w:tcW w:w="2436" w:type="dxa"/>
          </w:tcPr>
          <w:p w14:paraId="659E7C94" w14:textId="77777777" w:rsidR="000F41D8" w:rsidRDefault="00000000">
            <w:r>
              <w:t>tworzy prostą treść cyfrową</w:t>
            </w:r>
          </w:p>
        </w:tc>
        <w:tc>
          <w:tcPr>
            <w:tcW w:w="2436" w:type="dxa"/>
          </w:tcPr>
          <w:p w14:paraId="0C1E3447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7DC83A97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057CB8E8" w14:textId="77777777" w:rsidR="000F41D8" w:rsidRDefault="00000000">
            <w:r>
              <w:t>☐</w:t>
            </w:r>
          </w:p>
        </w:tc>
      </w:tr>
      <w:tr w:rsidR="000F41D8" w14:paraId="4A0083AA" w14:textId="77777777">
        <w:tc>
          <w:tcPr>
            <w:tcW w:w="2436" w:type="dxa"/>
          </w:tcPr>
          <w:p w14:paraId="319759FF" w14:textId="77777777" w:rsidR="000F41D8" w:rsidRDefault="00000000">
            <w:r>
              <w:t>chroni prywatność i stosuje zasady bezpieczeństwa w sieci</w:t>
            </w:r>
          </w:p>
        </w:tc>
        <w:tc>
          <w:tcPr>
            <w:tcW w:w="2436" w:type="dxa"/>
          </w:tcPr>
          <w:p w14:paraId="16644C9A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20DB75EE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1E47F7F7" w14:textId="77777777" w:rsidR="000F41D8" w:rsidRDefault="00000000">
            <w:r>
              <w:t>☐</w:t>
            </w:r>
          </w:p>
        </w:tc>
      </w:tr>
      <w:tr w:rsidR="000F41D8" w14:paraId="2DBD8146" w14:textId="77777777">
        <w:tc>
          <w:tcPr>
            <w:tcW w:w="2436" w:type="dxa"/>
          </w:tcPr>
          <w:p w14:paraId="10C7EECC" w14:textId="77777777" w:rsidR="000F41D8" w:rsidRDefault="00000000">
            <w:r>
              <w:t>układa prostą instrukcję lub algorytm</w:t>
            </w:r>
          </w:p>
        </w:tc>
        <w:tc>
          <w:tcPr>
            <w:tcW w:w="2436" w:type="dxa"/>
          </w:tcPr>
          <w:p w14:paraId="6120BA03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3F8CDDE1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1A28E3F2" w14:textId="77777777" w:rsidR="000F41D8" w:rsidRDefault="00000000">
            <w:r>
              <w:t>☐</w:t>
            </w:r>
          </w:p>
        </w:tc>
      </w:tr>
    </w:tbl>
    <w:p w14:paraId="5A152369" w14:textId="77777777" w:rsidR="000F41D8" w:rsidRDefault="00000000">
      <w:pPr>
        <w:pStyle w:val="Nagwek2"/>
      </w:pPr>
      <w:r>
        <w:t>Wychowanie fizyczne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436"/>
        <w:gridCol w:w="2436"/>
        <w:gridCol w:w="2436"/>
        <w:gridCol w:w="2436"/>
      </w:tblGrid>
      <w:tr w:rsidR="000F41D8" w14:paraId="3F6536EF" w14:textId="77777777">
        <w:tc>
          <w:tcPr>
            <w:tcW w:w="2436" w:type="dxa"/>
            <w:shd w:val="clear" w:color="auto" w:fill="D9EAF7"/>
          </w:tcPr>
          <w:p w14:paraId="77FC49D5" w14:textId="77777777" w:rsidR="000F41D8" w:rsidRDefault="00000000">
            <w:r>
              <w:t>Uczeń potrafi…</w:t>
            </w:r>
          </w:p>
        </w:tc>
        <w:tc>
          <w:tcPr>
            <w:tcW w:w="2436" w:type="dxa"/>
            <w:shd w:val="clear" w:color="auto" w:fill="D9EAF7"/>
          </w:tcPr>
          <w:p w14:paraId="24A976A7" w14:textId="77777777" w:rsidR="000F41D8" w:rsidRDefault="00000000">
            <w:r>
              <w:t>Osiągnięte</w:t>
            </w:r>
          </w:p>
        </w:tc>
        <w:tc>
          <w:tcPr>
            <w:tcW w:w="2436" w:type="dxa"/>
            <w:shd w:val="clear" w:color="auto" w:fill="D9EAF7"/>
          </w:tcPr>
          <w:p w14:paraId="1439AB54" w14:textId="77777777" w:rsidR="000F41D8" w:rsidRDefault="00000000">
            <w:r>
              <w:t>Częściowo osiągnięte</w:t>
            </w:r>
          </w:p>
        </w:tc>
        <w:tc>
          <w:tcPr>
            <w:tcW w:w="2436" w:type="dxa"/>
            <w:shd w:val="clear" w:color="auto" w:fill="D9EAF7"/>
          </w:tcPr>
          <w:p w14:paraId="036E7403" w14:textId="77777777" w:rsidR="000F41D8" w:rsidRDefault="00000000">
            <w:r>
              <w:t>Wymaga dalszej pracy</w:t>
            </w:r>
          </w:p>
        </w:tc>
      </w:tr>
      <w:tr w:rsidR="000F41D8" w14:paraId="57CFBF7F" w14:textId="77777777">
        <w:tc>
          <w:tcPr>
            <w:tcW w:w="2436" w:type="dxa"/>
          </w:tcPr>
          <w:p w14:paraId="28F9503C" w14:textId="77777777" w:rsidR="000F41D8" w:rsidRDefault="00000000">
            <w:r>
              <w:t>wykonuje podstawowe formy ruchu</w:t>
            </w:r>
          </w:p>
        </w:tc>
        <w:tc>
          <w:tcPr>
            <w:tcW w:w="2436" w:type="dxa"/>
          </w:tcPr>
          <w:p w14:paraId="7F87C65D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16D1E34F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0D0A1B8E" w14:textId="77777777" w:rsidR="000F41D8" w:rsidRDefault="00000000">
            <w:r>
              <w:t>☐</w:t>
            </w:r>
          </w:p>
        </w:tc>
      </w:tr>
      <w:tr w:rsidR="000F41D8" w14:paraId="47AAEC02" w14:textId="77777777">
        <w:tc>
          <w:tcPr>
            <w:tcW w:w="2436" w:type="dxa"/>
          </w:tcPr>
          <w:p w14:paraId="57F24BB8" w14:textId="77777777" w:rsidR="000F41D8" w:rsidRDefault="00000000">
            <w:r>
              <w:t>rozwija koordynację i równowagę</w:t>
            </w:r>
          </w:p>
        </w:tc>
        <w:tc>
          <w:tcPr>
            <w:tcW w:w="2436" w:type="dxa"/>
          </w:tcPr>
          <w:p w14:paraId="054FB0DB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5D408152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0EAE16BC" w14:textId="77777777" w:rsidR="000F41D8" w:rsidRDefault="00000000">
            <w:r>
              <w:t>☐</w:t>
            </w:r>
          </w:p>
        </w:tc>
      </w:tr>
      <w:tr w:rsidR="000F41D8" w14:paraId="7357ADB3" w14:textId="77777777">
        <w:tc>
          <w:tcPr>
            <w:tcW w:w="2436" w:type="dxa"/>
          </w:tcPr>
          <w:p w14:paraId="032CEE09" w14:textId="77777777" w:rsidR="000F41D8" w:rsidRDefault="00000000">
            <w:r>
              <w:t>stosuje zasady bezpieczeństwa</w:t>
            </w:r>
          </w:p>
        </w:tc>
        <w:tc>
          <w:tcPr>
            <w:tcW w:w="2436" w:type="dxa"/>
          </w:tcPr>
          <w:p w14:paraId="6DB4728F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3E9BC6FF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792DF688" w14:textId="77777777" w:rsidR="000F41D8" w:rsidRDefault="00000000">
            <w:r>
              <w:t>☐</w:t>
            </w:r>
          </w:p>
        </w:tc>
      </w:tr>
      <w:tr w:rsidR="000F41D8" w14:paraId="5A2AC1FD" w14:textId="77777777">
        <w:tc>
          <w:tcPr>
            <w:tcW w:w="2436" w:type="dxa"/>
          </w:tcPr>
          <w:p w14:paraId="05AF9442" w14:textId="77777777" w:rsidR="000F41D8" w:rsidRDefault="00000000">
            <w:r>
              <w:t>uczestniczy w zabawach i grach</w:t>
            </w:r>
          </w:p>
        </w:tc>
        <w:tc>
          <w:tcPr>
            <w:tcW w:w="2436" w:type="dxa"/>
          </w:tcPr>
          <w:p w14:paraId="3BD74E91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4DEDD90E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38ACD9C2" w14:textId="77777777" w:rsidR="000F41D8" w:rsidRDefault="00000000">
            <w:r>
              <w:t>☐</w:t>
            </w:r>
          </w:p>
        </w:tc>
      </w:tr>
      <w:tr w:rsidR="000F41D8" w14:paraId="3E8EC327" w14:textId="77777777">
        <w:tc>
          <w:tcPr>
            <w:tcW w:w="2436" w:type="dxa"/>
          </w:tcPr>
          <w:p w14:paraId="3560F0EF" w14:textId="77777777" w:rsidR="000F41D8" w:rsidRDefault="00000000">
            <w:r>
              <w:t>współpracuje podczas aktywności ruchowej</w:t>
            </w:r>
          </w:p>
        </w:tc>
        <w:tc>
          <w:tcPr>
            <w:tcW w:w="2436" w:type="dxa"/>
          </w:tcPr>
          <w:p w14:paraId="6307DB7C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3F7C1C02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174B4B27" w14:textId="77777777" w:rsidR="000F41D8" w:rsidRDefault="00000000">
            <w:r>
              <w:t>☐</w:t>
            </w:r>
          </w:p>
        </w:tc>
      </w:tr>
      <w:tr w:rsidR="000F41D8" w14:paraId="7D92991C" w14:textId="77777777">
        <w:tc>
          <w:tcPr>
            <w:tcW w:w="2436" w:type="dxa"/>
          </w:tcPr>
          <w:p w14:paraId="05E17A8D" w14:textId="77777777" w:rsidR="000F41D8" w:rsidRDefault="00000000">
            <w:r>
              <w:t>zna znaczenie ruchu dla zdrowia</w:t>
            </w:r>
          </w:p>
        </w:tc>
        <w:tc>
          <w:tcPr>
            <w:tcW w:w="2436" w:type="dxa"/>
          </w:tcPr>
          <w:p w14:paraId="36271C5C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1577C48D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2EBC0182" w14:textId="77777777" w:rsidR="000F41D8" w:rsidRDefault="00000000">
            <w:r>
              <w:t>☐</w:t>
            </w:r>
          </w:p>
        </w:tc>
      </w:tr>
    </w:tbl>
    <w:p w14:paraId="7C08D2E9" w14:textId="77777777" w:rsidR="000F41D8" w:rsidRDefault="00000000">
      <w:pPr>
        <w:pStyle w:val="Nagwek2"/>
      </w:pPr>
      <w:r>
        <w:t>Język obcy nowożytny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436"/>
        <w:gridCol w:w="2436"/>
        <w:gridCol w:w="2436"/>
        <w:gridCol w:w="2436"/>
      </w:tblGrid>
      <w:tr w:rsidR="000F41D8" w14:paraId="0CDED9F0" w14:textId="77777777">
        <w:tc>
          <w:tcPr>
            <w:tcW w:w="2436" w:type="dxa"/>
            <w:shd w:val="clear" w:color="auto" w:fill="D9EAF7"/>
          </w:tcPr>
          <w:p w14:paraId="79902BB4" w14:textId="77777777" w:rsidR="000F41D8" w:rsidRDefault="00000000">
            <w:r>
              <w:t>Uczeń potrafi…</w:t>
            </w:r>
          </w:p>
        </w:tc>
        <w:tc>
          <w:tcPr>
            <w:tcW w:w="2436" w:type="dxa"/>
            <w:shd w:val="clear" w:color="auto" w:fill="D9EAF7"/>
          </w:tcPr>
          <w:p w14:paraId="2AE98A5C" w14:textId="77777777" w:rsidR="000F41D8" w:rsidRDefault="00000000">
            <w:r>
              <w:t>Osiągnięte</w:t>
            </w:r>
          </w:p>
        </w:tc>
        <w:tc>
          <w:tcPr>
            <w:tcW w:w="2436" w:type="dxa"/>
            <w:shd w:val="clear" w:color="auto" w:fill="D9EAF7"/>
          </w:tcPr>
          <w:p w14:paraId="5C6DA989" w14:textId="77777777" w:rsidR="000F41D8" w:rsidRDefault="00000000">
            <w:r>
              <w:t>Częściowo osiągnięte</w:t>
            </w:r>
          </w:p>
        </w:tc>
        <w:tc>
          <w:tcPr>
            <w:tcW w:w="2436" w:type="dxa"/>
            <w:shd w:val="clear" w:color="auto" w:fill="D9EAF7"/>
          </w:tcPr>
          <w:p w14:paraId="760DDCDC" w14:textId="77777777" w:rsidR="000F41D8" w:rsidRDefault="00000000">
            <w:r>
              <w:t>Wymaga dalszej pracy</w:t>
            </w:r>
          </w:p>
        </w:tc>
      </w:tr>
      <w:tr w:rsidR="000F41D8" w14:paraId="3549F2B9" w14:textId="77777777">
        <w:tc>
          <w:tcPr>
            <w:tcW w:w="2436" w:type="dxa"/>
          </w:tcPr>
          <w:p w14:paraId="5C5B82F5" w14:textId="77777777" w:rsidR="000F41D8" w:rsidRDefault="00000000">
            <w:r>
              <w:t>rozumie podstawowe polecenia</w:t>
            </w:r>
          </w:p>
        </w:tc>
        <w:tc>
          <w:tcPr>
            <w:tcW w:w="2436" w:type="dxa"/>
          </w:tcPr>
          <w:p w14:paraId="3DBBE8BD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6CDC7E8A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61EF52D7" w14:textId="77777777" w:rsidR="000F41D8" w:rsidRDefault="00000000">
            <w:r>
              <w:t>☐</w:t>
            </w:r>
          </w:p>
        </w:tc>
      </w:tr>
      <w:tr w:rsidR="000F41D8" w14:paraId="4877095D" w14:textId="77777777">
        <w:tc>
          <w:tcPr>
            <w:tcW w:w="2436" w:type="dxa"/>
          </w:tcPr>
          <w:p w14:paraId="70F17D45" w14:textId="77777777" w:rsidR="000F41D8" w:rsidRDefault="00000000">
            <w:r>
              <w:t>reaguje na poznane zwroty</w:t>
            </w:r>
          </w:p>
        </w:tc>
        <w:tc>
          <w:tcPr>
            <w:tcW w:w="2436" w:type="dxa"/>
          </w:tcPr>
          <w:p w14:paraId="7B5FA6A4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1F88D50C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5F61DD63" w14:textId="77777777" w:rsidR="000F41D8" w:rsidRDefault="00000000">
            <w:r>
              <w:t>☐</w:t>
            </w:r>
          </w:p>
        </w:tc>
      </w:tr>
      <w:tr w:rsidR="000F41D8" w14:paraId="3C8635E9" w14:textId="77777777">
        <w:tc>
          <w:tcPr>
            <w:tcW w:w="2436" w:type="dxa"/>
          </w:tcPr>
          <w:p w14:paraId="19AF0BEE" w14:textId="77777777" w:rsidR="000F41D8" w:rsidRDefault="00000000">
            <w:r>
              <w:lastRenderedPageBreak/>
              <w:t>nazywa podstawowe treści zgodne z programem</w:t>
            </w:r>
          </w:p>
        </w:tc>
        <w:tc>
          <w:tcPr>
            <w:tcW w:w="2436" w:type="dxa"/>
          </w:tcPr>
          <w:p w14:paraId="6B696673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458C446F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312A3D80" w14:textId="77777777" w:rsidR="000F41D8" w:rsidRDefault="00000000">
            <w:r>
              <w:t>☐</w:t>
            </w:r>
          </w:p>
        </w:tc>
      </w:tr>
      <w:tr w:rsidR="000F41D8" w14:paraId="525377D7" w14:textId="77777777">
        <w:tc>
          <w:tcPr>
            <w:tcW w:w="2436" w:type="dxa"/>
          </w:tcPr>
          <w:p w14:paraId="03CF0064" w14:textId="77777777" w:rsidR="000F41D8" w:rsidRDefault="00000000">
            <w:r>
              <w:t>uczestniczy w krótkim dialogu</w:t>
            </w:r>
          </w:p>
        </w:tc>
        <w:tc>
          <w:tcPr>
            <w:tcW w:w="2436" w:type="dxa"/>
          </w:tcPr>
          <w:p w14:paraId="374EC084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633C46AB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1A6FE93D" w14:textId="77777777" w:rsidR="000F41D8" w:rsidRDefault="00000000">
            <w:r>
              <w:t>☐</w:t>
            </w:r>
          </w:p>
        </w:tc>
      </w:tr>
      <w:tr w:rsidR="000F41D8" w14:paraId="646751E5" w14:textId="77777777">
        <w:tc>
          <w:tcPr>
            <w:tcW w:w="2436" w:type="dxa"/>
          </w:tcPr>
          <w:p w14:paraId="67295329" w14:textId="77777777" w:rsidR="000F41D8" w:rsidRDefault="00000000">
            <w:r>
              <w:t>wykorzystuje poznane słownictwo w zabawie i prostej sytuacji komunikacyjnej</w:t>
            </w:r>
          </w:p>
        </w:tc>
        <w:tc>
          <w:tcPr>
            <w:tcW w:w="2436" w:type="dxa"/>
          </w:tcPr>
          <w:p w14:paraId="376846DA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3672F5CF" w14:textId="77777777" w:rsidR="000F41D8" w:rsidRDefault="00000000">
            <w:r>
              <w:t>☐</w:t>
            </w:r>
          </w:p>
        </w:tc>
        <w:tc>
          <w:tcPr>
            <w:tcW w:w="2436" w:type="dxa"/>
          </w:tcPr>
          <w:p w14:paraId="734CCD27" w14:textId="77777777" w:rsidR="000F41D8" w:rsidRDefault="00000000">
            <w:r>
              <w:t>☐</w:t>
            </w:r>
          </w:p>
        </w:tc>
      </w:tr>
    </w:tbl>
    <w:p w14:paraId="6ABD9A6D" w14:textId="77777777" w:rsidR="000F41D8" w:rsidRDefault="00000000">
      <w:pPr>
        <w:pStyle w:val="Nagwek1"/>
      </w:pPr>
      <w:r>
        <w:t>12. Zasady stosowania dokumentu w dokumentacji szkolnej</w:t>
      </w:r>
    </w:p>
    <w:p w14:paraId="06DA3872" w14:textId="77777777" w:rsidR="000F41D8" w:rsidRDefault="00000000">
      <w:pPr>
        <w:pStyle w:val="Listanumerowana"/>
      </w:pPr>
      <w:r>
        <w:t>Dokument należy stosować łącznie z obowiązującą podstawą programową, programem nauczania przyjętym w szkole oraz statutem szkoły.</w:t>
      </w:r>
    </w:p>
    <w:p w14:paraId="7CB40FA7" w14:textId="77777777" w:rsidR="000F41D8" w:rsidRDefault="00000000">
      <w:pPr>
        <w:pStyle w:val="Listanumerowana"/>
      </w:pPr>
      <w:r>
        <w:t>Wymagania można uszczegółowić w planach pracy nauczyciela, arkuszach obserwacji i kartach monitorowania, ale nie powinno się dodawać obowiązkowych treści wykraczających poza podstawę programową i przyjęty program.</w:t>
      </w:r>
    </w:p>
    <w:p w14:paraId="22C97A3F" w14:textId="77777777" w:rsidR="000F41D8" w:rsidRDefault="00000000">
      <w:pPr>
        <w:pStyle w:val="Listanumerowana"/>
      </w:pPr>
      <w:r>
        <w:t>W klasie I należy zachować elastyczność w rozkładzie osiągnięć. Różnice rozwojowe dzieci rozpoczynających szkołę są naturalne i powinny być uwzględniane w planowaniu pracy.</w:t>
      </w:r>
    </w:p>
    <w:p w14:paraId="2663910A" w14:textId="77777777" w:rsidR="000F41D8" w:rsidRDefault="00000000">
      <w:pPr>
        <w:pStyle w:val="Listanumerowana"/>
      </w:pPr>
      <w:r>
        <w:t>Wymagania zapisane w tabeli są narzędziem obserwacji, a nie listą jednorazowych testów.</w:t>
      </w:r>
    </w:p>
    <w:p w14:paraId="54BFF16B" w14:textId="77777777" w:rsidR="000F41D8" w:rsidRDefault="00000000">
      <w:pPr>
        <w:pStyle w:val="Listanumerowana"/>
      </w:pPr>
      <w:r>
        <w:t>Przy klasyfikacji nauczyciel wykorzystuje zgromadzone informacje o poziomie i postępach ucznia oraz formułuje ocenę opisową zgodnie z przepisami i statutem szkoły.</w:t>
      </w:r>
    </w:p>
    <w:p w14:paraId="629D65F8" w14:textId="77777777" w:rsidR="000F41D8" w:rsidRDefault="00000000">
      <w:pPr>
        <w:pStyle w:val="Nagwek1"/>
      </w:pPr>
      <w:r>
        <w:t>13. Źródła i akty prawne – oficjalne</w:t>
      </w:r>
    </w:p>
    <w:p w14:paraId="4B5DBB9A" w14:textId="77777777" w:rsidR="000F41D8" w:rsidRDefault="00000000">
      <w:pPr>
        <w:pStyle w:val="Small"/>
      </w:pPr>
      <w:r>
        <w:rPr>
          <w:b/>
        </w:rPr>
        <w:t xml:space="preserve">ELI – Rozporządzenie Ministra Edukacji z 11 marca 2026 r., Dz.U. 2026 poz. 378: </w:t>
      </w:r>
      <w:r>
        <w:t>https://eli.gov.pl/eli/DU/2026/378/ogl</w:t>
      </w:r>
    </w:p>
    <w:p w14:paraId="65F2DAFC" w14:textId="77777777" w:rsidR="000F41D8" w:rsidRDefault="00000000">
      <w:pPr>
        <w:pStyle w:val="Small"/>
      </w:pPr>
      <w:r>
        <w:rPr>
          <w:b/>
        </w:rPr>
        <w:t xml:space="preserve">ELI – Rozporządzenie Ministra Edukacji z 8 lipca 2026 r., Dz.U. 2026 poz. 958: </w:t>
      </w:r>
      <w:r>
        <w:t>https://eli.gov.pl/eli/DU/2026/958/ogl</w:t>
      </w:r>
    </w:p>
    <w:p w14:paraId="30C7DFCC" w14:textId="77777777" w:rsidR="000F41D8" w:rsidRDefault="00000000">
      <w:pPr>
        <w:pStyle w:val="Small"/>
      </w:pPr>
      <w:r>
        <w:rPr>
          <w:b/>
        </w:rPr>
        <w:t xml:space="preserve">ELI – Rozporządzenie Ministra Edukacji z 20 sierpnia 2026 r., Dz.U. 2026 poz. 1122: </w:t>
      </w:r>
      <w:r>
        <w:t>https://eli.gov.pl/eli/DU/2026/1122/ogl</w:t>
      </w:r>
    </w:p>
    <w:p w14:paraId="7EE15E50" w14:textId="77777777" w:rsidR="000F41D8" w:rsidRDefault="00000000">
      <w:pPr>
        <w:pStyle w:val="Small"/>
      </w:pPr>
      <w:r>
        <w:rPr>
          <w:b/>
        </w:rPr>
        <w:t xml:space="preserve">ELI – Rozporządzenie Ministra Edukacji z 22 lipca 2026 r., Dz.U. 2026 poz. 1028: </w:t>
      </w:r>
      <w:r>
        <w:t>https://eli.gov.pl/eli/DU/2026/1028/ogl</w:t>
      </w:r>
    </w:p>
    <w:p w14:paraId="26EC0EA9" w14:textId="77777777" w:rsidR="000F41D8" w:rsidRDefault="00000000">
      <w:pPr>
        <w:pStyle w:val="Small"/>
      </w:pPr>
      <w:r>
        <w:rPr>
          <w:b/>
        </w:rPr>
        <w:t xml:space="preserve">ELI – Rozporządzenie Ministra Edukacji z 10 sierpnia 2026 r., Dz.U. 2026 poz. 1090: </w:t>
      </w:r>
      <w:r>
        <w:t>https://eli.gov.pl/eli/DU/2026/1090/ogl</w:t>
      </w:r>
    </w:p>
    <w:p w14:paraId="48FB3CF0" w14:textId="77777777" w:rsidR="000F41D8" w:rsidRDefault="00000000">
      <w:pPr>
        <w:pStyle w:val="Small"/>
      </w:pPr>
      <w:r>
        <w:rPr>
          <w:b/>
        </w:rPr>
        <w:t xml:space="preserve">ELI – Prawo oświatowe, tekst jednolity ogłoszony 12 czerwca 2026 r., Dz.U. 2026 poz. 820: </w:t>
      </w:r>
      <w:r>
        <w:t>https://eli.gov.pl/eli/DU/2026/820/ogl</w:t>
      </w:r>
    </w:p>
    <w:p w14:paraId="695DB154" w14:textId="77777777" w:rsidR="000F41D8" w:rsidRDefault="00000000">
      <w:pPr>
        <w:pStyle w:val="Nagwek1"/>
      </w:pPr>
      <w:r>
        <w:t>14. Uwagi dotyczące zgodności i aktualizacji</w:t>
      </w:r>
    </w:p>
    <w:p w14:paraId="4A68E42B" w14:textId="77777777" w:rsidR="000F41D8" w:rsidRDefault="00000000">
      <w:r>
        <w:t>Dokument został przygotowany według stanu prawnego zweryfikowanego na dzień 1 września 2026 r. W szczególności uwzględnia wejście w życie nowej podstawy programowej dla klasy I, nowego ramowego planu nauczania oraz nowelizacji przepisów o ocenianiu. Przed przyjęciem dokumentu jako wewnątrzszkolnego dokumentu obowiązującego należy sprawdzić zgodność jego zapisów technicznych z aktualnym statutem szkoły, wewnątrzszkolnymi zasadami oceniania oraz szkolnym programem nauczania.</w:t>
      </w:r>
    </w:p>
    <w:p w14:paraId="35061ABE" w14:textId="77777777" w:rsidR="000F41D8" w:rsidRDefault="00000000">
      <w:r>
        <w:t>Niniejsze wymagania nie tworzą odrębnych przedmiotów tam, gdzie przepisy przewidują kształcenie zintegrowane. Nazwy obszarów służą uporządkowaniu wymagań dla nauczyciela i dokumentacji.</w:t>
      </w:r>
    </w:p>
    <w:sectPr w:rsidR="000F41D8" w:rsidSect="00034616">
      <w:footerReference w:type="default" r:id="rId8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EA20FA" w14:textId="77777777" w:rsidR="00895B90" w:rsidRDefault="00895B90">
      <w:pPr>
        <w:spacing w:after="0" w:line="240" w:lineRule="auto"/>
      </w:pPr>
      <w:r>
        <w:separator/>
      </w:r>
    </w:p>
  </w:endnote>
  <w:endnote w:type="continuationSeparator" w:id="0">
    <w:p w14:paraId="120D181A" w14:textId="77777777" w:rsidR="00895B90" w:rsidRDefault="00895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D746B" w14:textId="77777777" w:rsidR="000F41D8" w:rsidRDefault="00000000">
    <w:pPr>
      <w:pStyle w:val="Stopka"/>
      <w:jc w:val="center"/>
    </w:pPr>
    <w:proofErr w:type="spellStart"/>
    <w:r>
      <w:t>Wymagania</w:t>
    </w:r>
    <w:proofErr w:type="spellEnd"/>
    <w:r>
      <w:t xml:space="preserve"> </w:t>
    </w:r>
    <w:proofErr w:type="spellStart"/>
    <w:r>
      <w:t>edukacyjne</w:t>
    </w:r>
    <w:proofErr w:type="spellEnd"/>
    <w:r>
      <w:t xml:space="preserve"> – </w:t>
    </w:r>
    <w:proofErr w:type="spellStart"/>
    <w:r>
      <w:t>klasa</w:t>
    </w:r>
    <w:proofErr w:type="spellEnd"/>
    <w:r>
      <w:t xml:space="preserve"> I – 2026/2027 | </w:t>
    </w:r>
    <w:r>
      <w:fldChar w:fldCharType="begin"/>
    </w:r>
    <w:r>
      <w:instrText>PAGE</w:instrText>
    </w:r>
    <w:r w:rsidR="00B34326">
      <w:fldChar w:fldCharType="separate"/>
    </w:r>
    <w:r w:rsidR="00B34326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10E638" w14:textId="77777777" w:rsidR="00895B90" w:rsidRDefault="00895B90">
      <w:pPr>
        <w:spacing w:after="0" w:line="240" w:lineRule="auto"/>
      </w:pPr>
      <w:r>
        <w:separator/>
      </w:r>
    </w:p>
  </w:footnote>
  <w:footnote w:type="continuationSeparator" w:id="0">
    <w:p w14:paraId="353270E0" w14:textId="77777777" w:rsidR="00895B90" w:rsidRDefault="00895B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35647765">
    <w:abstractNumId w:val="8"/>
  </w:num>
  <w:num w:numId="2" w16cid:durableId="31351111">
    <w:abstractNumId w:val="6"/>
  </w:num>
  <w:num w:numId="3" w16cid:durableId="966006369">
    <w:abstractNumId w:val="5"/>
  </w:num>
  <w:num w:numId="4" w16cid:durableId="1529291869">
    <w:abstractNumId w:val="4"/>
  </w:num>
  <w:num w:numId="5" w16cid:durableId="554972096">
    <w:abstractNumId w:val="7"/>
  </w:num>
  <w:num w:numId="6" w16cid:durableId="445781977">
    <w:abstractNumId w:val="3"/>
  </w:num>
  <w:num w:numId="7" w16cid:durableId="75324399">
    <w:abstractNumId w:val="2"/>
  </w:num>
  <w:num w:numId="8" w16cid:durableId="920216937">
    <w:abstractNumId w:val="1"/>
  </w:num>
  <w:num w:numId="9" w16cid:durableId="1638685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6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41D8"/>
    <w:rsid w:val="0015074B"/>
    <w:rsid w:val="0029639D"/>
    <w:rsid w:val="00326F90"/>
    <w:rsid w:val="00895B90"/>
    <w:rsid w:val="00AA1D8D"/>
    <w:rsid w:val="00B34326"/>
    <w:rsid w:val="00B47730"/>
    <w:rsid w:val="00CB0664"/>
    <w:rsid w:val="00DC25F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8A8D0B"/>
  <w14:defaultImageDpi w14:val="300"/>
  <w15:docId w15:val="{ABD7197E-6215-415B-8371-176E63D8C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5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4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">
    <w:name w:val="Small"/>
    <w:rPr>
      <w:rFonts w:ascii="Arial" w:hAnsi="Arial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38</Pages>
  <Words>10168</Words>
  <Characters>61014</Characters>
  <Application>Microsoft Office Word</Application>
  <DocSecurity>0</DocSecurity>
  <Lines>508</Lines>
  <Paragraphs>142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71040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edyta.sochaj</cp:lastModifiedBy>
  <cp:revision>2</cp:revision>
  <dcterms:created xsi:type="dcterms:W3CDTF">2013-12-23T23:15:00Z</dcterms:created>
  <dcterms:modified xsi:type="dcterms:W3CDTF">2026-09-13T16:49:00Z</dcterms:modified>
  <cp:category/>
</cp:coreProperties>
</file>